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顛末書</w:t>
            </w:r>
          </w:p>
        </w:tc>
      </w:tr>
    </w:tbl>
    <w:p/>
    <w:p>
      <w:pPr>
        <w:spacing w:after="200"/>
        <w:jc w:val="right"/>
      </w:pPr>
      <w:r>
        <w:rPr>
          <w:rFonts w:ascii="ＭＳ Ｐゴシック" w:hAnsi="ＭＳ Ｐゴシック" w:eastAsia="ＭＳ Ｐゴシック"/>
          <w:b w:val="0"/>
          <w:sz w:val="21"/>
        </w:rPr>
        <w:t>令和　　年　　月　　日</w:t>
      </w:r>
    </w:p>
    <w:p>
      <w:pPr>
        <w:spacing w:after="240"/>
        <w:jc w:val="left"/>
      </w:pPr>
      <w:r>
        <w:rPr>
          <w:rFonts w:ascii="ＭＳ Ｐゴシック" w:hAnsi="ＭＳ Ｐゴシック" w:eastAsia="ＭＳ Ｐゴシック"/>
          <w:b w:val="0"/>
          <w:sz w:val="22"/>
        </w:rPr>
        <w:t xml:space="preserve">　　　　　　　　株式会社　　　　　　部長　　　　　　　　　殿</w:t>
      </w:r>
    </w:p>
    <w:p>
      <w:pPr>
        <w:spacing w:after="40"/>
        <w:jc w:val="right"/>
      </w:pPr>
      <w:r>
        <w:rPr>
          <w:rFonts w:ascii="ＭＳ Ｐゴシック" w:hAnsi="ＭＳ Ｐゴシック" w:eastAsia="ＭＳ Ｐゴシック"/>
          <w:b w:val="0"/>
          <w:sz w:val="21"/>
        </w:rPr>
        <w:t xml:space="preserve">所属　　　　　　　　　　　　</w:t>
      </w:r>
    </w:p>
    <w:p>
      <w:pPr>
        <w:spacing w:after="40"/>
        <w:jc w:val="right"/>
      </w:pPr>
      <w:r>
        <w:rPr>
          <w:rFonts w:ascii="ＭＳ Ｐゴシック" w:hAnsi="ＭＳ Ｐゴシック" w:eastAsia="ＭＳ Ｐゴシック"/>
          <w:b w:val="0"/>
          <w:sz w:val="21"/>
        </w:rPr>
        <w:t>氏名　　　　　　　　　　　　㊞</w:t>
      </w:r>
    </w:p>
    <w:p/>
    <w:p>
      <w:pPr>
        <w:spacing w:after="200"/>
        <w:jc w:val="left"/>
      </w:pPr>
      <w:r>
        <w:rPr>
          <w:rFonts w:ascii="ＭＳ Ｐゴシック" w:hAnsi="ＭＳ Ｐゴシック" w:eastAsia="ＭＳ Ｐゴシック"/>
          <w:b w:val="0"/>
          <w:sz w:val="21"/>
        </w:rPr>
        <w:t xml:space="preserve">　　　　　　　　様より申し出のありました　　　　　　　　について、調査の結果と対応の経緯を下記のとおりご報告いたします。</w:t>
      </w:r>
    </w:p>
    <w:p>
      <w:pPr>
        <w:spacing w:after="160"/>
        <w:jc w:val="center"/>
      </w:pPr>
      <w:r>
        <w:rPr>
          <w:rFonts w:ascii="ＭＳ Ｐゴシック" w:hAnsi="ＭＳ Ｐゴシック" w:eastAsia="ＭＳ Ｐゴシック"/>
          <w:b w:val="0"/>
          <w:sz w:val="21"/>
        </w:rPr>
        <w:t>記</w:t>
      </w:r>
    </w:p>
    <w:tbl>
      <w:tblPr>
        <w:tblStyle w:val="TableGrid"/>
        <w:tblW w:type="auto" w:w="0"/>
        <w:jc w:val="center"/>
        <w:tblLook w:firstColumn="1" w:firstRow="1" w:lastColumn="0" w:lastRow="0" w:noHBand="0" w:noVBand="1" w:val="04A0"/>
      </w:tblPr>
      <w:tblGrid>
        <w:gridCol w:w="5103"/>
        <w:gridCol w:w="5103"/>
      </w:tblGrid>
      <w:tr>
        <w:trPr>
          <w:trHeight w:val="794" w:hRule="atLeast"/>
        </w:trPr>
        <w:tc>
          <w:tcPr>
            <w:tcW w:type="dxa" w:w="2268"/>
            <w:shd w:val="clear" w:color="auto" w:fill="F5F7FA"/>
          </w:tcPr>
          <w:p>
            <w:pPr>
              <w:jc w:val="center"/>
            </w:pPr>
            <w:r/>
            <w:r>
              <w:rPr>
                <w:rFonts w:ascii="ＭＳ Ｐゴシック" w:hAnsi="ＭＳ Ｐゴシック" w:eastAsia="ＭＳ Ｐゴシック"/>
                <w:b/>
                <w:sz w:val="21"/>
              </w:rPr>
              <w:t>申出の日時</w:t>
            </w:r>
          </w:p>
        </w:tc>
        <w:tc>
          <w:tcPr>
            <w:tcW w:type="dxa" w:w="7087"/>
          </w:tcPr>
          <w:p>
            <w:pPr>
              <w:jc w:val="left"/>
            </w:pPr>
            <w:r/>
            <w:r>
              <w:rPr>
                <w:rFonts w:ascii="ＭＳ Ｐゴシック" w:hAnsi="ＭＳ Ｐゴシック" w:eastAsia="ＭＳ Ｐゴシック"/>
                <w:b w:val="0"/>
                <w:sz w:val="21"/>
              </w:rPr>
            </w:r>
          </w:p>
        </w:tc>
      </w:tr>
      <w:tr>
        <w:trPr>
          <w:trHeight w:val="907" w:hRule="atLeast"/>
        </w:trPr>
        <w:tc>
          <w:tcPr>
            <w:tcW w:type="dxa" w:w="2268"/>
            <w:shd w:val="clear" w:color="auto" w:fill="F5F7FA"/>
          </w:tcPr>
          <w:p>
            <w:pPr>
              <w:jc w:val="center"/>
            </w:pPr>
            <w:r/>
            <w:r>
              <w:rPr>
                <w:rFonts w:ascii="ＭＳ Ｐゴシック" w:hAnsi="ＭＳ Ｐゴシック" w:eastAsia="ＭＳ Ｐゴシック"/>
                <w:b/>
                <w:sz w:val="21"/>
              </w:rPr>
              <w:t>申出のあった取引先</w:t>
            </w:r>
          </w:p>
        </w:tc>
        <w:tc>
          <w:tcPr>
            <w:tcW w:type="dxa" w:w="7087"/>
          </w:tcPr>
          <w:p>
            <w:pPr>
              <w:jc w:val="left"/>
            </w:pPr>
            <w:r/>
            <w:r>
              <w:rPr>
                <w:rFonts w:ascii="ＭＳ Ｐゴシック" w:hAnsi="ＭＳ Ｐゴシック" w:eastAsia="ＭＳ Ｐゴシック"/>
                <w:b w:val="0"/>
                <w:sz w:val="21"/>
              </w:rPr>
            </w:r>
          </w:p>
        </w:tc>
      </w:tr>
      <w:tr>
        <w:trPr>
          <w:trHeight w:val="1587" w:hRule="atLeast"/>
        </w:trPr>
        <w:tc>
          <w:tcPr>
            <w:tcW w:type="dxa" w:w="2268"/>
            <w:shd w:val="clear" w:color="auto" w:fill="F5F7FA"/>
          </w:tcPr>
          <w:p>
            <w:pPr>
              <w:jc w:val="center"/>
            </w:pPr>
            <w:r/>
            <w:r>
              <w:rPr>
                <w:rFonts w:ascii="ＭＳ Ｐゴシック" w:hAnsi="ＭＳ Ｐゴシック" w:eastAsia="ＭＳ Ｐゴシック"/>
                <w:b/>
                <w:sz w:val="21"/>
              </w:rPr>
              <w:t>申出の内容</w:t>
            </w:r>
          </w:p>
        </w:tc>
        <w:tc>
          <w:tcPr>
            <w:tcW w:type="dxa" w:w="7087"/>
          </w:tcPr>
          <w:p>
            <w:pPr>
              <w:jc w:val="left"/>
            </w:pPr>
            <w:r/>
            <w:r>
              <w:rPr>
                <w:rFonts w:ascii="ＭＳ Ｐゴシック" w:hAnsi="ＭＳ Ｐゴシック" w:eastAsia="ＭＳ Ｐゴシック"/>
                <w:b w:val="0"/>
                <w:sz w:val="21"/>
              </w:rPr>
            </w:r>
          </w:p>
        </w:tc>
      </w:tr>
      <w:tr>
        <w:trPr>
          <w:trHeight w:val="1587" w:hRule="atLeast"/>
        </w:trPr>
        <w:tc>
          <w:tcPr>
            <w:tcW w:type="dxa" w:w="2268"/>
            <w:shd w:val="clear" w:color="auto" w:fill="F5F7FA"/>
          </w:tcPr>
          <w:p>
            <w:pPr>
              <w:jc w:val="center"/>
            </w:pPr>
            <w:r/>
            <w:r>
              <w:rPr>
                <w:rFonts w:ascii="ＭＳ Ｐゴシック" w:hAnsi="ＭＳ Ｐゴシック" w:eastAsia="ＭＳ Ｐゴシック"/>
                <w:b/>
                <w:sz w:val="21"/>
              </w:rPr>
              <w:t>調査した経緯</w:t>
            </w:r>
          </w:p>
        </w:tc>
        <w:tc>
          <w:tcPr>
            <w:tcW w:type="dxa" w:w="7087"/>
          </w:tcPr>
          <w:p>
            <w:pPr>
              <w:jc w:val="left"/>
            </w:pPr>
            <w:r/>
            <w:r>
              <w:rPr>
                <w:rFonts w:ascii="ＭＳ Ｐゴシック" w:hAnsi="ＭＳ Ｐゴシック" w:eastAsia="ＭＳ Ｐゴシック"/>
                <w:b w:val="0"/>
                <w:sz w:val="21"/>
              </w:rPr>
            </w:r>
          </w:p>
        </w:tc>
      </w:tr>
      <w:tr>
        <w:trPr>
          <w:trHeight w:val="1587" w:hRule="atLeast"/>
        </w:trPr>
        <w:tc>
          <w:tcPr>
            <w:tcW w:type="dxa" w:w="2268"/>
            <w:shd w:val="clear" w:color="auto" w:fill="F5F7FA"/>
          </w:tcPr>
          <w:p>
            <w:pPr>
              <w:jc w:val="center"/>
            </w:pPr>
            <w:r/>
            <w:r>
              <w:rPr>
                <w:rFonts w:ascii="ＭＳ Ｐゴシック" w:hAnsi="ＭＳ Ｐゴシック" w:eastAsia="ＭＳ Ｐゴシック"/>
                <w:b/>
                <w:sz w:val="21"/>
              </w:rPr>
              <w:t>原　因</w:t>
            </w:r>
          </w:p>
        </w:tc>
        <w:tc>
          <w:tcPr>
            <w:tcW w:type="dxa" w:w="7087"/>
          </w:tcPr>
          <w:p>
            <w:pPr>
              <w:jc w:val="left"/>
            </w:pPr>
            <w:r/>
            <w:r>
              <w:rPr>
                <w:rFonts w:ascii="ＭＳ Ｐゴシック" w:hAnsi="ＭＳ Ｐゴシック" w:eastAsia="ＭＳ Ｐゴシック"/>
                <w:b w:val="0"/>
                <w:sz w:val="21"/>
              </w:rPr>
            </w:r>
          </w:p>
        </w:tc>
      </w:tr>
      <w:tr>
        <w:trPr>
          <w:trHeight w:val="1814" w:hRule="atLeast"/>
        </w:trPr>
        <w:tc>
          <w:tcPr>
            <w:tcW w:type="dxa" w:w="2268"/>
            <w:shd w:val="clear" w:color="auto" w:fill="F5F7FA"/>
          </w:tcPr>
          <w:p>
            <w:pPr>
              <w:jc w:val="center"/>
            </w:pPr>
            <w:r/>
            <w:r>
              <w:rPr>
                <w:rFonts w:ascii="ＭＳ Ｐゴシック" w:hAnsi="ＭＳ Ｐゴシック" w:eastAsia="ＭＳ Ｐゴシック"/>
                <w:b/>
                <w:sz w:val="21"/>
              </w:rPr>
              <w:t>対応の内容と先方の反応</w:t>
            </w:r>
          </w:p>
        </w:tc>
        <w:tc>
          <w:tcPr>
            <w:tcW w:type="dxa" w:w="7087"/>
          </w:tcPr>
          <w:p>
            <w:pPr>
              <w:jc w:val="left"/>
            </w:pPr>
            <w:r/>
            <w:r>
              <w:rPr>
                <w:rFonts w:ascii="ＭＳ Ｐゴシック" w:hAnsi="ＭＳ Ｐゴシック" w:eastAsia="ＭＳ Ｐゴシック"/>
                <w:b w:val="0"/>
                <w:sz w:val="21"/>
              </w:rPr>
            </w:r>
          </w:p>
        </w:tc>
      </w:tr>
      <w:tr>
        <w:trPr>
          <w:trHeight w:val="1814" w:hRule="atLeast"/>
        </w:trPr>
        <w:tc>
          <w:tcPr>
            <w:tcW w:type="dxa" w:w="2268"/>
            <w:shd w:val="clear" w:color="auto" w:fill="F5F7FA"/>
          </w:tcPr>
          <w:p>
            <w:pPr>
              <w:jc w:val="center"/>
            </w:pPr>
            <w:r/>
            <w:r>
              <w:rPr>
                <w:rFonts w:ascii="ＭＳ Ｐゴシック" w:hAnsi="ＭＳ Ｐゴシック" w:eastAsia="ＭＳ Ｐゴシック"/>
                <w:b/>
                <w:sz w:val="21"/>
              </w:rPr>
              <w:t>再発防止策</w:t>
            </w:r>
          </w:p>
        </w:tc>
        <w:tc>
          <w:tcPr>
            <w:tcW w:type="dxa" w:w="7087"/>
          </w:tcPr>
          <w:p>
            <w:pPr>
              <w:jc w:val="left"/>
            </w:pPr>
            <w:r/>
            <w:r>
              <w:rPr>
                <w:rFonts w:ascii="ＭＳ Ｐゴシック" w:hAnsi="ＭＳ Ｐゴシック" w:eastAsia="ＭＳ Ｐゴシック"/>
                <w:b w:val="0"/>
                <w:sz w:val="21"/>
              </w:rPr>
            </w:r>
          </w:p>
        </w:tc>
      </w:tr>
    </w:tbl>
    <w:p>
      <w:pPr>
        <w:spacing w:after="160"/>
        <w:jc w:val="right"/>
      </w:pPr>
      <w:r>
        <w:rPr>
          <w:rFonts w:ascii="ＭＳ Ｐゴシック" w:hAnsi="ＭＳ Ｐゴシック" w:eastAsia="ＭＳ Ｐゴシック"/>
          <w:b w:val="0"/>
          <w:sz w:val="21"/>
        </w:rPr>
        <w:t>以上</w:t>
      </w:r>
    </w:p>
    <w:p/>
    <w:p>
      <w:pPr>
        <w:spacing w:after="40"/>
        <w:jc w:val="left"/>
      </w:pPr>
      <w:r>
        <w:rPr>
          <w:rFonts w:ascii="ＭＳ Ｐゴシック" w:hAnsi="ＭＳ Ｐゴシック" w:eastAsia="ＭＳ Ｐゴシック"/>
          <w:b/>
          <w:sz w:val="21"/>
        </w:rPr>
        <w:t>【社内確認欄】</w:t>
      </w:r>
    </w:p>
    <w:tbl>
      <w:tblPr>
        <w:tblStyle w:val="TableGrid"/>
        <w:tblW w:type="auto" w:w="0"/>
        <w:jc w:val="center"/>
        <w:tblLook w:firstColumn="1" w:firstRow="1" w:lastColumn="0" w:lastRow="0" w:noHBand="0" w:noVBand="1" w:val="04A0"/>
      </w:tblPr>
      <w:tblGrid>
        <w:gridCol w:w="5103"/>
        <w:gridCol w:w="5103"/>
      </w:tblGrid>
      <w:tr>
        <w:trPr>
          <w:trHeight w:val="567" w:hRule="atLeast"/>
        </w:trPr>
        <w:tc>
          <w:tcPr>
            <w:tcW w:type="dxa" w:w="1984"/>
            <w:shd w:val="clear" w:color="auto" w:fill="F5F7FA"/>
          </w:tcPr>
          <w:p>
            <w:pPr>
              <w:jc w:val="center"/>
            </w:pPr>
            <w:r/>
            <w:r>
              <w:rPr>
                <w:rFonts w:ascii="ＭＳ Ｐゴシック" w:hAnsi="ＭＳ Ｐゴシック" w:eastAsia="ＭＳ Ｐゴシック"/>
                <w:b/>
                <w:sz w:val="21"/>
              </w:rPr>
              <w:t>受付日</w:t>
            </w:r>
          </w:p>
        </w:tc>
        <w:tc>
          <w:tcPr>
            <w:tcW w:type="dxa" w:w="7370"/>
          </w:tcPr>
          <w:p>
            <w:pPr>
              <w:jc w:val="left"/>
            </w:pPr>
            <w:r/>
            <w:r>
              <w:rPr>
                <w:rFonts w:ascii="ＭＳ Ｐゴシック" w:hAnsi="ＭＳ Ｐゴシック" w:eastAsia="ＭＳ Ｐゴシック"/>
                <w:b w:val="0"/>
                <w:sz w:val="21"/>
              </w:rPr>
            </w:r>
          </w:p>
        </w:tc>
      </w:tr>
      <w:tr>
        <w:trPr>
          <w:trHeight w:val="680" w:hRule="atLeast"/>
        </w:trPr>
        <w:tc>
          <w:tcPr>
            <w:tcW w:type="dxa" w:w="1984"/>
            <w:shd w:val="clear" w:color="auto" w:fill="F5F7FA"/>
          </w:tcPr>
          <w:p>
            <w:pPr>
              <w:jc w:val="center"/>
            </w:pPr>
            <w:r/>
            <w:r>
              <w:rPr>
                <w:rFonts w:ascii="ＭＳ Ｐゴシック" w:hAnsi="ＭＳ Ｐゴシック" w:eastAsia="ＭＳ Ｐゴシック"/>
                <w:b/>
                <w:sz w:val="21"/>
              </w:rPr>
              <w:t>所属長確認</w:t>
            </w:r>
          </w:p>
        </w:tc>
        <w:tc>
          <w:tcPr>
            <w:tcW w:type="dxa" w:w="7370"/>
          </w:tcPr>
          <w:p>
            <w:pPr>
              <w:jc w:val="left"/>
            </w:pPr>
            <w:r/>
            <w:r>
              <w:rPr>
                <w:rFonts w:ascii="ＭＳ Ｐゴシック" w:hAnsi="ＭＳ Ｐゴシック" w:eastAsia="ＭＳ Ｐゴシック"/>
                <w:b w:val="0"/>
                <w:sz w:val="21"/>
              </w:rPr>
            </w:r>
          </w:p>
        </w:tc>
      </w:tr>
      <w:tr>
        <w:trPr>
          <w:trHeight w:val="680" w:hRule="atLeast"/>
        </w:trPr>
        <w:tc>
          <w:tcPr>
            <w:tcW w:type="dxa" w:w="1984"/>
            <w:shd w:val="clear" w:color="auto" w:fill="F5F7FA"/>
          </w:tcPr>
          <w:p>
            <w:pPr>
              <w:jc w:val="center"/>
            </w:pPr>
            <w:r/>
            <w:r>
              <w:rPr>
                <w:rFonts w:ascii="ＭＳ Ｐゴシック" w:hAnsi="ＭＳ Ｐゴシック" w:eastAsia="ＭＳ Ｐゴシック"/>
                <w:b/>
                <w:sz w:val="21"/>
              </w:rPr>
              <w:t>担当部署確認</w:t>
            </w:r>
          </w:p>
        </w:tc>
        <w:tc>
          <w:tcPr>
            <w:tcW w:type="dxa" w:w="7370"/>
          </w:tcPr>
          <w:p>
            <w:pPr>
              <w:jc w:val="left"/>
            </w:pPr>
            <w:r/>
            <w:r>
              <w:rPr>
                <w:rFonts w:ascii="ＭＳ Ｐゴシック" w:hAnsi="ＭＳ Ｐゴシック" w:eastAsia="ＭＳ Ｐゴシック"/>
                <w:b w:val="0"/>
                <w:sz w:val="21"/>
              </w:rPr>
            </w:r>
          </w:p>
        </w:tc>
      </w:tr>
    </w:tbl>
    <w:p/>
    <w:p>
      <w:pPr>
        <w:spacing w:after="120"/>
        <w:jc w:val="left"/>
      </w:pPr>
      <w:r>
        <w:rPr>
          <w:rFonts w:ascii="ＭＳ Ｐゴシック" w:hAnsi="ＭＳ Ｐゴシック" w:eastAsia="ＭＳ Ｐゴシック"/>
          <w:b w:val="0"/>
          <w:sz w:val="17"/>
        </w:rPr>
        <w:t>※ 会社名・氏名・数量はすべて架空のサンプルです。自社の内容に書き換えてお使いください。※ 取引先が関わる案件は、社内向けの顛末書とは別に、先方へのお詫び文書が必要になることがあります。社内報告と対外文書は目的が違うので、混ぜずに分けて作成してください。</w:t>
      </w:r>
    </w:p>
    <w:p>
      <w:r>
        <w:br w:type="page"/>
      </w:r>
    </w:p>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顛末書</w:t>
            </w:r>
          </w:p>
        </w:tc>
      </w:tr>
    </w:tbl>
    <w:p/>
    <w:p>
      <w:pPr>
        <w:spacing w:after="200"/>
        <w:jc w:val="right"/>
      </w:pPr>
      <w:r>
        <w:rPr>
          <w:rFonts w:ascii="ＭＳ Ｐゴシック" w:hAnsi="ＭＳ Ｐゴシック" w:eastAsia="ＭＳ Ｐゴシック"/>
          <w:b w:val="0"/>
          <w:sz w:val="21"/>
        </w:rPr>
        <w:t>令和8年8月10日</w:t>
      </w:r>
    </w:p>
    <w:p>
      <w:pPr>
        <w:spacing w:after="240"/>
        <w:jc w:val="left"/>
      </w:pPr>
      <w:r>
        <w:rPr>
          <w:rFonts w:ascii="ＭＳ Ｐゴシック" w:hAnsi="ＭＳ Ｐゴシック" w:eastAsia="ＭＳ Ｐゴシック"/>
          <w:b w:val="0"/>
          <w:sz w:val="22"/>
        </w:rPr>
        <w:t>東西産業株式会社　営業部長　渡辺 隆　殿</w:t>
      </w:r>
    </w:p>
    <w:p>
      <w:pPr>
        <w:spacing w:after="40"/>
        <w:jc w:val="right"/>
      </w:pPr>
      <w:r>
        <w:rPr>
          <w:rFonts w:ascii="ＭＳ Ｐゴシック" w:hAnsi="ＭＳ Ｐゴシック" w:eastAsia="ＭＳ Ｐゴシック"/>
          <w:b w:val="0"/>
          <w:sz w:val="21"/>
        </w:rPr>
        <w:t>所属　営業部 第一営業課</w:t>
      </w:r>
    </w:p>
    <w:p>
      <w:pPr>
        <w:spacing w:after="40"/>
        <w:jc w:val="right"/>
      </w:pPr>
      <w:r>
        <w:rPr>
          <w:rFonts w:ascii="ＭＳ Ｐゴシック" w:hAnsi="ＭＳ Ｐゴシック" w:eastAsia="ＭＳ Ｐゴシック"/>
          <w:b w:val="0"/>
          <w:sz w:val="21"/>
        </w:rPr>
        <w:t>氏名　鈴木 由美　㊞</w:t>
      </w:r>
    </w:p>
    <w:p/>
    <w:p>
      <w:pPr>
        <w:spacing w:after="200"/>
        <w:jc w:val="left"/>
      </w:pPr>
      <w:r>
        <w:rPr>
          <w:rFonts w:ascii="ＭＳ Ｐゴシック" w:hAnsi="ＭＳ Ｐゴシック" w:eastAsia="ＭＳ Ｐゴシック"/>
          <w:b w:val="0"/>
          <w:sz w:val="21"/>
        </w:rPr>
        <w:t>みなと商事株式会社より申し出のありました納品数量の不足について、調査の結果と対応の経緯を下記のとおりご報告いたします。</w:t>
      </w:r>
    </w:p>
    <w:p>
      <w:pPr>
        <w:spacing w:after="160"/>
        <w:jc w:val="center"/>
      </w:pPr>
      <w:r>
        <w:rPr>
          <w:rFonts w:ascii="ＭＳ Ｐゴシック" w:hAnsi="ＭＳ Ｐゴシック" w:eastAsia="ＭＳ Ｐゴシック"/>
          <w:b w:val="0"/>
          <w:sz w:val="21"/>
        </w:rPr>
        <w:t>記</w:t>
      </w:r>
    </w:p>
    <w:tbl>
      <w:tblPr>
        <w:tblStyle w:val="TableGrid"/>
        <w:tblW w:type="auto" w:w="0"/>
        <w:jc w:val="center"/>
        <w:tblLook w:firstColumn="1" w:firstRow="1" w:lastColumn="0" w:lastRow="0" w:noHBand="0" w:noVBand="1" w:val="04A0"/>
      </w:tblPr>
      <w:tblGrid>
        <w:gridCol w:w="5103"/>
        <w:gridCol w:w="5103"/>
      </w:tblGrid>
      <w:tr>
        <w:trPr>
          <w:trHeight w:val="794" w:hRule="atLeast"/>
        </w:trPr>
        <w:tc>
          <w:tcPr>
            <w:tcW w:type="dxa" w:w="2268"/>
            <w:shd w:val="clear" w:color="auto" w:fill="F5F7FA"/>
          </w:tcPr>
          <w:p>
            <w:pPr>
              <w:jc w:val="center"/>
            </w:pPr>
            <w:r/>
            <w:r>
              <w:rPr>
                <w:rFonts w:ascii="ＭＳ Ｐゴシック" w:hAnsi="ＭＳ Ｐゴシック" w:eastAsia="ＭＳ Ｐゴシック"/>
                <w:b/>
                <w:sz w:val="21"/>
              </w:rPr>
              <w:t>申出の日時</w:t>
            </w:r>
          </w:p>
        </w:tc>
        <w:tc>
          <w:tcPr>
            <w:tcW w:type="dxa" w:w="7087"/>
          </w:tcPr>
          <w:p>
            <w:pPr>
              <w:jc w:val="left"/>
            </w:pPr>
            <w:r/>
            <w:r>
              <w:rPr>
                <w:rFonts w:ascii="ＭＳ Ｐゴシック" w:hAnsi="ＭＳ Ｐゴシック" w:eastAsia="ＭＳ Ｐゴシック"/>
                <w:b w:val="0"/>
                <w:sz w:val="21"/>
              </w:rPr>
              <w:t>令和8年8月6日（木）9時30分ごろ</w:t>
            </w:r>
          </w:p>
        </w:tc>
      </w:tr>
      <w:tr>
        <w:trPr>
          <w:trHeight w:val="907" w:hRule="atLeast"/>
        </w:trPr>
        <w:tc>
          <w:tcPr>
            <w:tcW w:type="dxa" w:w="2268"/>
            <w:shd w:val="clear" w:color="auto" w:fill="F5F7FA"/>
          </w:tcPr>
          <w:p>
            <w:pPr>
              <w:jc w:val="center"/>
            </w:pPr>
            <w:r/>
            <w:r>
              <w:rPr>
                <w:rFonts w:ascii="ＭＳ Ｐゴシック" w:hAnsi="ＭＳ Ｐゴシック" w:eastAsia="ＭＳ Ｐゴシック"/>
                <w:b/>
                <w:sz w:val="21"/>
              </w:rPr>
              <w:t>申出のあった取引先</w:t>
            </w:r>
          </w:p>
        </w:tc>
        <w:tc>
          <w:tcPr>
            <w:tcW w:type="dxa" w:w="7087"/>
          </w:tcPr>
          <w:p>
            <w:pPr>
              <w:jc w:val="left"/>
            </w:pPr>
            <w:r/>
            <w:r>
              <w:rPr>
                <w:rFonts w:ascii="ＭＳ Ｐゴシック" w:hAnsi="ＭＳ Ｐゴシック" w:eastAsia="ＭＳ Ｐゴシック"/>
                <w:b w:val="0"/>
                <w:sz w:val="21"/>
              </w:rPr>
              <w:t>みなと商事株式会社 購買部 田中様（電話にて）</w:t>
            </w:r>
          </w:p>
        </w:tc>
      </w:tr>
      <w:tr>
        <w:trPr>
          <w:trHeight w:val="1587" w:hRule="atLeast"/>
        </w:trPr>
        <w:tc>
          <w:tcPr>
            <w:tcW w:type="dxa" w:w="2268"/>
            <w:shd w:val="clear" w:color="auto" w:fill="F5F7FA"/>
          </w:tcPr>
          <w:p>
            <w:pPr>
              <w:jc w:val="center"/>
            </w:pPr>
            <w:r/>
            <w:r>
              <w:rPr>
                <w:rFonts w:ascii="ＭＳ Ｐゴシック" w:hAnsi="ＭＳ Ｐゴシック" w:eastAsia="ＭＳ Ｐゴシック"/>
                <w:b/>
                <w:sz w:val="21"/>
              </w:rPr>
              <w:t>申出の内容</w:t>
            </w:r>
          </w:p>
        </w:tc>
        <w:tc>
          <w:tcPr>
            <w:tcW w:type="dxa" w:w="7087"/>
          </w:tcPr>
          <w:p>
            <w:pPr>
              <w:jc w:val="left"/>
            </w:pPr>
            <w:r/>
            <w:r>
              <w:rPr>
                <w:rFonts w:ascii="ＭＳ Ｐゴシック" w:hAnsi="ＭＳ Ｐゴシック" w:eastAsia="ＭＳ Ｐゴシック"/>
                <w:b w:val="0"/>
                <w:sz w:val="21"/>
              </w:rPr>
              <w:t>8月5日に納品した商品Aについて、注文数120個に対し100個しか届いていないとのご指摘をいただきました。翌週の販促に間に合わないとのお申し出でした。</w:t>
            </w:r>
          </w:p>
        </w:tc>
      </w:tr>
      <w:tr>
        <w:trPr>
          <w:trHeight w:val="1587" w:hRule="atLeast"/>
        </w:trPr>
        <w:tc>
          <w:tcPr>
            <w:tcW w:type="dxa" w:w="2268"/>
            <w:shd w:val="clear" w:color="auto" w:fill="F5F7FA"/>
          </w:tcPr>
          <w:p>
            <w:pPr>
              <w:jc w:val="center"/>
            </w:pPr>
            <w:r/>
            <w:r>
              <w:rPr>
                <w:rFonts w:ascii="ＭＳ Ｐゴシック" w:hAnsi="ＭＳ Ｐゴシック" w:eastAsia="ＭＳ Ｐゴシック"/>
                <w:b/>
                <w:sz w:val="21"/>
              </w:rPr>
              <w:t>調査した経緯</w:t>
            </w:r>
          </w:p>
        </w:tc>
        <w:tc>
          <w:tcPr>
            <w:tcW w:type="dxa" w:w="7087"/>
          </w:tcPr>
          <w:p>
            <w:pPr>
              <w:jc w:val="left"/>
            </w:pPr>
            <w:r/>
            <w:r>
              <w:rPr>
                <w:rFonts w:ascii="ＭＳ Ｐゴシック" w:hAnsi="ＭＳ Ｐゴシック" w:eastAsia="ＭＳ Ｐゴシック"/>
                <w:b w:val="0"/>
                <w:sz w:val="21"/>
              </w:rPr>
              <w:t>8月6日に出荷指示書と倉庫の出荷記録を照合したところ、出荷指示は120個で正しく、倉庫での積み込み時に20個分が別便のパレットに残っていたことが分かりました。</w:t>
            </w:r>
          </w:p>
        </w:tc>
      </w:tr>
      <w:tr>
        <w:trPr>
          <w:trHeight w:val="1587" w:hRule="atLeast"/>
        </w:trPr>
        <w:tc>
          <w:tcPr>
            <w:tcW w:type="dxa" w:w="2268"/>
            <w:shd w:val="clear" w:color="auto" w:fill="F5F7FA"/>
          </w:tcPr>
          <w:p>
            <w:pPr>
              <w:jc w:val="center"/>
            </w:pPr>
            <w:r/>
            <w:r>
              <w:rPr>
                <w:rFonts w:ascii="ＭＳ Ｐゴシック" w:hAnsi="ＭＳ Ｐゴシック" w:eastAsia="ＭＳ Ｐゴシック"/>
                <w:b/>
                <w:sz w:val="21"/>
              </w:rPr>
              <w:t>原　因</w:t>
            </w:r>
          </w:p>
        </w:tc>
        <w:tc>
          <w:tcPr>
            <w:tcW w:type="dxa" w:w="7087"/>
          </w:tcPr>
          <w:p>
            <w:pPr>
              <w:jc w:val="left"/>
            </w:pPr>
            <w:r/>
            <w:r>
              <w:rPr>
                <w:rFonts w:ascii="ＭＳ Ｐゴシック" w:hAnsi="ＭＳ Ｐゴシック" w:eastAsia="ＭＳ Ｐゴシック"/>
                <w:b w:val="0"/>
                <w:sz w:val="21"/>
              </w:rPr>
              <w:t>同日に同じ得意先向けの便が2本あり、パレットの識別票が便ごとに分かれていませんでした。積み込み後の個数照合も、伝票の合計だけを見て済ませていました。</w:t>
            </w:r>
          </w:p>
        </w:tc>
      </w:tr>
      <w:tr>
        <w:trPr>
          <w:trHeight w:val="1814" w:hRule="atLeast"/>
        </w:trPr>
        <w:tc>
          <w:tcPr>
            <w:tcW w:type="dxa" w:w="2268"/>
            <w:shd w:val="clear" w:color="auto" w:fill="F5F7FA"/>
          </w:tcPr>
          <w:p>
            <w:pPr>
              <w:jc w:val="center"/>
            </w:pPr>
            <w:r/>
            <w:r>
              <w:rPr>
                <w:rFonts w:ascii="ＭＳ Ｐゴシック" w:hAnsi="ＭＳ Ｐゴシック" w:eastAsia="ＭＳ Ｐゴシック"/>
                <w:b/>
                <w:sz w:val="21"/>
              </w:rPr>
              <w:t>対応の内容と先方の反応</w:t>
            </w:r>
          </w:p>
        </w:tc>
        <w:tc>
          <w:tcPr>
            <w:tcW w:type="dxa" w:w="7087"/>
          </w:tcPr>
          <w:p>
            <w:pPr>
              <w:jc w:val="left"/>
            </w:pPr>
            <w:r/>
            <w:r>
              <w:rPr>
                <w:rFonts w:ascii="ＭＳ Ｐゴシック" w:hAnsi="ＭＳ Ｐゴシック" w:eastAsia="ＭＳ Ｐゴシック"/>
                <w:b w:val="0"/>
                <w:sz w:val="21"/>
              </w:rPr>
              <w:t>8月6日午前中に不足分20個を当社便で直送し、同日15時に納品を完了しました。営業課長とともに訪問しお詫びしたところ、販促には間に合ったとのことで、取引の継続についてもご了解をいただいています。</w:t>
            </w:r>
          </w:p>
        </w:tc>
      </w:tr>
      <w:tr>
        <w:trPr>
          <w:trHeight w:val="1814" w:hRule="atLeast"/>
        </w:trPr>
        <w:tc>
          <w:tcPr>
            <w:tcW w:type="dxa" w:w="2268"/>
            <w:shd w:val="clear" w:color="auto" w:fill="F5F7FA"/>
          </w:tcPr>
          <w:p>
            <w:pPr>
              <w:jc w:val="center"/>
            </w:pPr>
            <w:r/>
            <w:r>
              <w:rPr>
                <w:rFonts w:ascii="ＭＳ Ｐゴシック" w:hAnsi="ＭＳ Ｐゴシック" w:eastAsia="ＭＳ Ｐゴシック"/>
                <w:b/>
                <w:sz w:val="21"/>
              </w:rPr>
              <w:t>再発防止策</w:t>
            </w:r>
          </w:p>
        </w:tc>
        <w:tc>
          <w:tcPr>
            <w:tcW w:type="dxa" w:w="7087"/>
          </w:tcPr>
          <w:p>
            <w:pPr>
              <w:jc w:val="left"/>
            </w:pPr>
            <w:r/>
            <w:r>
              <w:rPr>
                <w:rFonts w:ascii="ＭＳ Ｐゴシック" w:hAnsi="ＭＳ Ｐゴシック" w:eastAsia="ＭＳ Ｐゴシック"/>
                <w:b w:val="0"/>
                <w:sz w:val="21"/>
              </w:rPr>
              <w:t>①便ごとに色分けした識別票をパレットへ貼付します。②積み込み完了時に、伝票合計ではなく品目ごとの個数を2名で読み合わせます。③同一得意先へ同日複数便がある日は、出荷指示書の余白に便数を明記します。</w:t>
            </w:r>
          </w:p>
        </w:tc>
      </w:tr>
    </w:tbl>
    <w:p>
      <w:pPr>
        <w:spacing w:after="160"/>
        <w:jc w:val="right"/>
      </w:pPr>
      <w:r>
        <w:rPr>
          <w:rFonts w:ascii="ＭＳ Ｐゴシック" w:hAnsi="ＭＳ Ｐゴシック" w:eastAsia="ＭＳ Ｐゴシック"/>
          <w:b w:val="0"/>
          <w:sz w:val="21"/>
        </w:rPr>
        <w:t>以上</w:t>
      </w:r>
    </w:p>
    <w:p/>
    <w:p>
      <w:pPr>
        <w:spacing w:after="40"/>
        <w:jc w:val="left"/>
      </w:pPr>
      <w:r>
        <w:rPr>
          <w:rFonts w:ascii="ＭＳ Ｐゴシック" w:hAnsi="ＭＳ Ｐゴシック" w:eastAsia="ＭＳ Ｐゴシック"/>
          <w:b/>
          <w:sz w:val="21"/>
        </w:rPr>
        <w:t>【社内確認欄】</w:t>
      </w:r>
    </w:p>
    <w:tbl>
      <w:tblPr>
        <w:tblStyle w:val="TableGrid"/>
        <w:tblW w:type="auto" w:w="0"/>
        <w:jc w:val="center"/>
        <w:tblLook w:firstColumn="1" w:firstRow="1" w:lastColumn="0" w:lastRow="0" w:noHBand="0" w:noVBand="1" w:val="04A0"/>
      </w:tblPr>
      <w:tblGrid>
        <w:gridCol w:w="5103"/>
        <w:gridCol w:w="5103"/>
      </w:tblGrid>
      <w:tr>
        <w:trPr>
          <w:trHeight w:val="567" w:hRule="atLeast"/>
        </w:trPr>
        <w:tc>
          <w:tcPr>
            <w:tcW w:type="dxa" w:w="1984"/>
            <w:shd w:val="clear" w:color="auto" w:fill="F5F7FA"/>
          </w:tcPr>
          <w:p>
            <w:pPr>
              <w:jc w:val="center"/>
            </w:pPr>
            <w:r/>
            <w:r>
              <w:rPr>
                <w:rFonts w:ascii="ＭＳ Ｐゴシック" w:hAnsi="ＭＳ Ｐゴシック" w:eastAsia="ＭＳ Ｐゴシック"/>
                <w:b/>
                <w:sz w:val="21"/>
              </w:rPr>
              <w:t>受付日</w:t>
            </w:r>
          </w:p>
        </w:tc>
        <w:tc>
          <w:tcPr>
            <w:tcW w:type="dxa" w:w="7370"/>
          </w:tcPr>
          <w:p>
            <w:pPr>
              <w:jc w:val="left"/>
            </w:pPr>
            <w:r/>
            <w:r>
              <w:rPr>
                <w:rFonts w:ascii="ＭＳ Ｐゴシック" w:hAnsi="ＭＳ Ｐゴシック" w:eastAsia="ＭＳ Ｐゴシック"/>
                <w:b w:val="0"/>
                <w:sz w:val="21"/>
              </w:rPr>
            </w:r>
          </w:p>
        </w:tc>
      </w:tr>
      <w:tr>
        <w:trPr>
          <w:trHeight w:val="680" w:hRule="atLeast"/>
        </w:trPr>
        <w:tc>
          <w:tcPr>
            <w:tcW w:type="dxa" w:w="1984"/>
            <w:shd w:val="clear" w:color="auto" w:fill="F5F7FA"/>
          </w:tcPr>
          <w:p>
            <w:pPr>
              <w:jc w:val="center"/>
            </w:pPr>
            <w:r/>
            <w:r>
              <w:rPr>
                <w:rFonts w:ascii="ＭＳ Ｐゴシック" w:hAnsi="ＭＳ Ｐゴシック" w:eastAsia="ＭＳ Ｐゴシック"/>
                <w:b/>
                <w:sz w:val="21"/>
              </w:rPr>
              <w:t>所属長確認</w:t>
            </w:r>
          </w:p>
        </w:tc>
        <w:tc>
          <w:tcPr>
            <w:tcW w:type="dxa" w:w="7370"/>
          </w:tcPr>
          <w:p>
            <w:pPr>
              <w:jc w:val="left"/>
            </w:pPr>
            <w:r/>
            <w:r>
              <w:rPr>
                <w:rFonts w:ascii="ＭＳ Ｐゴシック" w:hAnsi="ＭＳ Ｐゴシック" w:eastAsia="ＭＳ Ｐゴシック"/>
                <w:b w:val="0"/>
                <w:sz w:val="21"/>
              </w:rPr>
            </w:r>
          </w:p>
        </w:tc>
      </w:tr>
      <w:tr>
        <w:trPr>
          <w:trHeight w:val="680" w:hRule="atLeast"/>
        </w:trPr>
        <w:tc>
          <w:tcPr>
            <w:tcW w:type="dxa" w:w="1984"/>
            <w:shd w:val="clear" w:color="auto" w:fill="F5F7FA"/>
          </w:tcPr>
          <w:p>
            <w:pPr>
              <w:jc w:val="center"/>
            </w:pPr>
            <w:r/>
            <w:r>
              <w:rPr>
                <w:rFonts w:ascii="ＭＳ Ｐゴシック" w:hAnsi="ＭＳ Ｐゴシック" w:eastAsia="ＭＳ Ｐゴシック"/>
                <w:b/>
                <w:sz w:val="21"/>
              </w:rPr>
              <w:t>担当部署確認</w:t>
            </w:r>
          </w:p>
        </w:tc>
        <w:tc>
          <w:tcPr>
            <w:tcW w:type="dxa" w:w="7370"/>
          </w:tcPr>
          <w:p>
            <w:pPr>
              <w:jc w:val="left"/>
            </w:pPr>
            <w:r/>
            <w:r>
              <w:rPr>
                <w:rFonts w:ascii="ＭＳ Ｐゴシック" w:hAnsi="ＭＳ Ｐゴシック" w:eastAsia="ＭＳ Ｐゴシック"/>
                <w:b w:val="0"/>
                <w:sz w:val="21"/>
              </w:rPr>
            </w:r>
          </w:p>
        </w:tc>
      </w:tr>
    </w:tbl>
    <w:p/>
    <w:p>
      <w:pPr>
        <w:spacing w:after="120"/>
        <w:jc w:val="left"/>
      </w:pPr>
      <w:r>
        <w:rPr>
          <w:rFonts w:ascii="ＭＳ Ｐゴシック" w:hAnsi="ＭＳ Ｐゴシック" w:eastAsia="ＭＳ Ｐゴシック"/>
          <w:b w:val="0"/>
          <w:sz w:val="17"/>
        </w:rPr>
        <w:t>※ 会社名・氏名・数量はすべて架空のサンプルです。自社の内容に書き換えてお使いください。※ 取引先が関わる案件は、社内向けの顛末書とは別に、先方へのお詫び文書が必要になることがあります。社内報告と対外文書は目的が違うので、混ぜずに分けて作成してください。</w:t>
      </w:r>
    </w:p>
    <w:sectPr w:rsidR="00FC693F" w:rsidRPr="0006063C" w:rsidSect="00034616">
      <w:pgSz w:w="11906" w:h="16838"/>
      <w:pgMar w:top="1020" w:right="850" w:bottom="102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ＭＳ Ｐゴシック" w:hAnsi="ＭＳ Ｐゴシック" w:eastAsia="ＭＳ Ｐゴシック"/>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顛末書</dc:title>
  <dc:subject/>
  <dc:creator>総務経理マスター（soumukeiri.com）</dc:creator>
  <cp:keywords>soumukeiri.com,テンプレート,記入例</cp:keywords>
  <dc:description>soumukeiri.com 配布用テンプレート</dc:description>
  <cp:lastModifiedBy>総務経理マスター（soumukeiri.com）</cp:lastModifiedBy>
  <cp:revision>1</cp:revision>
  <dcterms:created xsi:type="dcterms:W3CDTF">2026-08-08T00:43:40Z</dcterms:created>
  <dcterms:modified xsi:type="dcterms:W3CDTF">2026-08-08T00:43:40Z</dcterms:modified>
  <cp:category>申請書テンプレート</cp:category>
</cp:coreProperties>
</file>