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val="clear" w:color="auto" w:fill="2F6FED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color w:val="FFFFFF"/>
                <w:sz w:val="28"/>
              </w:rPr>
              <w:t>退職証明書交付申請書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申請日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退職年月日</w:t>
            </w:r>
          </w:p>
        </w:tc>
        <w:tc>
          <w:tcPr>
            <w:tcW w:type="dxa" w:w="3402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氏名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生年月日</w:t>
            </w:r>
          </w:p>
        </w:tc>
        <w:tc>
          <w:tcPr>
            <w:tcW w:type="dxa" w:w="3402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退職時の所属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社員番号</w:t>
            </w:r>
          </w:p>
        </w:tc>
        <w:tc>
          <w:tcPr>
            <w:tcW w:type="dxa" w:w="3402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証明を希望する項目</w:t>
            </w:r>
          </w:p>
        </w:tc>
        <w:tc>
          <w:tcPr>
            <w:tcW w:type="dxa" w:w="3402"/>
            <w:gridSpan w:val="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解雇理由の記載</w:t>
            </w:r>
          </w:p>
        </w:tc>
        <w:tc>
          <w:tcPr>
            <w:tcW w:type="dxa" w:w="3402"/>
            <w:gridSpan w:val="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必要部数</w:t>
            </w:r>
          </w:p>
        </w:tc>
        <w:tc>
          <w:tcPr>
            <w:tcW w:type="dxa" w:w="3402"/>
            <w:gridSpan w:val="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受取方法</w:t>
            </w:r>
          </w:p>
        </w:tc>
        <w:tc>
          <w:tcPr>
            <w:tcW w:type="dxa" w:w="3402"/>
            <w:gridSpan w:val="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連絡先（電話）</w:t>
            </w:r>
          </w:p>
        </w:tc>
        <w:tc>
          <w:tcPr>
            <w:tcW w:type="dxa" w:w="3402"/>
            <w:gridSpan w:val="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使用目的（任意）</w:t>
            </w:r>
          </w:p>
        </w:tc>
        <w:tc>
          <w:tcPr>
            <w:tcW w:type="dxa" w:w="3402"/>
            <w:gridSpan w:val="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受付</w:t>
            </w:r>
          </w:p>
        </w:tc>
        <w:tc>
          <w:tcPr>
            <w:tcW w:type="dxa" w:w="5103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確認</w:t>
            </w:r>
          </w:p>
        </w:tc>
      </w:tr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</w:tr>
    </w:tbl>
    <w:p>
      <w:r>
        <w:rPr>
          <w:rFonts w:ascii="ＭＳ Ｐゴシック" w:hAnsi="ＭＳ Ｐゴシック"/>
          <w:sz w:val="17"/>
        </w:rPr>
        <w:t>※ 退職証明書に記載できるのは、労働基準法22条1項の5項目（使用期間・業務の種類・その事業における地位・賃金・退職の事由）です。会社はチェックのある項目だけを記載し、チェックのない項目は記載できません（同条3項）。　※ 使用目的の記入は任意です。記入いただくと賃金欄をどこまで記載するかの判断に使えます。　※ 請求できるのは退職から2年以内が目安です（労働基準法115条）。　※ 本人以外からの請求には応じられません。郵送で申請する場合は本人確認書類の写しを添えてください。　※ 連絡先はメールアドレスでもかまいません。記入内容の確認でご連絡することがあります。</w:t>
      </w:r>
    </w:p>
    <w:p>
      <w:r>
        <w:br w:type="page"/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val="clear" w:color="auto" w:fill="2F6FED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color w:val="FFFFFF"/>
                <w:sz w:val="28"/>
              </w:rPr>
              <w:t>退職証明書交付申請書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申請日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  <w:t>令和8年4月3日</w:t>
            </w:r>
          </w:p>
        </w:tc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退職年月日</w:t>
            </w:r>
          </w:p>
        </w:tc>
        <w:tc>
          <w:tcPr>
            <w:tcW w:type="dxa" w:w="3402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  <w:t>令和8年3月31日</w:t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氏名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  <w:t>総務 花子</w:t>
            </w:r>
          </w:p>
        </w:tc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生年月日</w:t>
            </w:r>
          </w:p>
        </w:tc>
        <w:tc>
          <w:tcPr>
            <w:tcW w:type="dxa" w:w="3402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  <w:t>平成8年5月20日</w:t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退職時の所属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  <w:t>経理課</w:t>
            </w:r>
          </w:p>
        </w:tc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社員番号</w:t>
            </w:r>
          </w:p>
        </w:tc>
        <w:tc>
          <w:tcPr>
            <w:tcW w:type="dxa" w:w="3402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  <w:t>A-1204</w:t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証明を希望する項目</w:t>
            </w:r>
          </w:p>
        </w:tc>
        <w:tc>
          <w:tcPr>
            <w:tcW w:type="dxa" w:w="3402"/>
            <w:gridSpan w:val="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  <w:t>☑ 使用期間　☑ 業務の種類　☑ その事業における地位　☑ 賃金　☑ 退職の事由</w:t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解雇理由の記載</w:t>
            </w:r>
          </w:p>
        </w:tc>
        <w:tc>
          <w:tcPr>
            <w:tcW w:type="dxa" w:w="3402"/>
            <w:gridSpan w:val="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  <w:t>□ 希望する　　☑ 該当なし　（解雇された場合のみ選択）</w:t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必要部数</w:t>
            </w:r>
          </w:p>
        </w:tc>
        <w:tc>
          <w:tcPr>
            <w:tcW w:type="dxa" w:w="3402"/>
            <w:gridSpan w:val="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  <w:t>1部</w:t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受取方法</w:t>
            </w:r>
          </w:p>
        </w:tc>
        <w:tc>
          <w:tcPr>
            <w:tcW w:type="dxa" w:w="3402"/>
            <w:gridSpan w:val="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  <w:t>☑ 郵送（〒000-0000　○○県○○市○○町1-2-3）　□ 窓口で受け取る</w:t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連絡先（電話）</w:t>
            </w:r>
          </w:p>
        </w:tc>
        <w:tc>
          <w:tcPr>
            <w:tcW w:type="dxa" w:w="3402"/>
            <w:gridSpan w:val="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  <w:t>090-0000-0000</w:t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使用目的（任意）</w:t>
            </w:r>
          </w:p>
        </w:tc>
        <w:tc>
          <w:tcPr>
            <w:tcW w:type="dxa" w:w="3402"/>
            <w:gridSpan w:val="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  <w:t>転職先への提出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受付</w:t>
            </w:r>
          </w:p>
        </w:tc>
        <w:tc>
          <w:tcPr>
            <w:tcW w:type="dxa" w:w="5103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確認</w:t>
            </w:r>
          </w:p>
        </w:tc>
      </w:tr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</w:tr>
    </w:tbl>
    <w:p>
      <w:r>
        <w:rPr>
          <w:rFonts w:ascii="ＭＳ Ｐゴシック" w:hAnsi="ＭＳ Ｐゴシック"/>
          <w:sz w:val="17"/>
        </w:rPr>
        <w:t>※ 退職証明書に記載できるのは、労働基準法22条1項の5項目（使用期間・業務の種類・その事業における地位・賃金・退職の事由）です。会社はチェックのある項目だけを記載し、チェックのない項目は記載できません（同条3項）。　※ 使用目的の記入は任意です。記入いただくと賃金欄をどこまで記載するかの判断に使えます。　※ 請求できるのは退職から2年以内が目安です（労働基準法115条）。　※ 本人以外からの請求には応じられません。郵送で申請する場合は本人確認書類の写しを添えてください。　※ 連絡先はメールアドレスでもかまいません。記入内容の確認でご連絡することがあります。</w:t>
      </w:r>
    </w:p>
    <w:sectPr w:rsidR="00FC693F" w:rsidRPr="0006063C" w:rsidSect="00034616">
      <w:pgSz w:w="11906" w:h="16838"/>
      <w:pgMar w:top="1020" w:right="850" w:bottom="102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ＭＳ Ｐゴシック" w:hAnsi="ＭＳ Ｐゴシック" w:eastAsia="ＭＳ Ｐゴシック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退職証明書交付申請書</dc:title>
  <dc:subject/>
  <dc:creator>総務経理マスター（soumukeiri.com）</dc:creator>
  <cp:keywords>soumukeiri.com,テンプレート,記入例</cp:keywords>
  <dc:description>soumukeiri.com 配布用テンプレート</dc:description>
  <cp:lastModifiedBy>総務経理マスター（soumukeiri.com）</cp:lastModifiedBy>
  <cp:revision>1</cp:revision>
  <dcterms:created xsi:type="dcterms:W3CDTF">2026-08-27T05:34:37Z</dcterms:created>
  <dcterms:modified xsi:type="dcterms:W3CDTF">2026-08-27T05:34:37Z</dcterms:modified>
  <cp:category>申請書テンプレート</cp:category>
</cp:coreProperties>
</file>