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始末書</w:t>
            </w:r>
          </w:p>
        </w:tc>
      </w:tr>
    </w:tbl>
    <w:p/>
    <w:p>
      <w:pPr>
        <w:spacing w:after="20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令和　　年　　月　　日</w:t>
      </w:r>
    </w:p>
    <w:p>
      <w:pPr>
        <w:spacing w:after="240"/>
        <w:jc w:val="left"/>
      </w:pPr>
      <w:r>
        <w:rPr>
          <w:rFonts w:ascii="ＭＳ Ｐゴシック" w:hAnsi="ＭＳ Ｐゴシック" w:eastAsia="ＭＳ Ｐゴシック"/>
          <w:b w:val="0"/>
          <w:sz w:val="22"/>
        </w:rPr>
        <w:t xml:space="preserve">　　　　　　　　株式会社　代表取締役　　　　　　　　　殿</w:t>
      </w:r>
    </w:p>
    <w:p>
      <w:pPr>
        <w:spacing w:after="4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 xml:space="preserve">所属　　　　　　　　　　　　</w:t>
      </w:r>
    </w:p>
    <w:p>
      <w:pPr>
        <w:spacing w:after="4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氏名　　　　　　　　　　　　㊞</w:t>
      </w:r>
    </w:p>
    <w:p/>
    <w:p>
      <w:pPr>
        <w:spacing w:after="200"/>
        <w:jc w:val="left"/>
      </w:pPr>
      <w:r>
        <w:rPr>
          <w:rFonts w:ascii="ＭＳ Ｐゴシック" w:hAnsi="ＭＳ Ｐゴシック" w:eastAsia="ＭＳ Ｐゴシック"/>
          <w:b w:val="0"/>
          <w:sz w:val="21"/>
        </w:rPr>
        <w:t>このたび、私の　　　　　　　　により、　　　　　　　　という事態を招き、ご迷惑をおかけいたしました。心よりお詫び申し上げます。事の経緯は下記のとおりです。</w:t>
      </w:r>
    </w:p>
    <w:p>
      <w:pPr>
        <w:spacing w:after="160"/>
        <w:jc w:val="center"/>
      </w:pPr>
      <w:r>
        <w:rPr>
          <w:rFonts w:ascii="ＭＳ Ｐゴシック" w:hAnsi="ＭＳ Ｐゴシック" w:eastAsia="ＭＳ Ｐゴシック"/>
          <w:b w:val="0"/>
          <w:sz w:val="21"/>
        </w:rPr>
        <w:t>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rHeight w:val="680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発生日時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rPr>
          <w:trHeight w:val="680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発生場所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事案の内容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原　因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とった対応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再発防止策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>
      <w:pPr>
        <w:spacing w:after="16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以上</w:t>
      </w:r>
    </w:p>
    <w:p>
      <w:pPr>
        <w:spacing w:after="200"/>
        <w:jc w:val="left"/>
      </w:pPr>
      <w:r>
        <w:rPr>
          <w:rFonts w:ascii="ＭＳ Ｐゴシック" w:hAnsi="ＭＳ Ｐゴシック" w:eastAsia="ＭＳ Ｐゴシック"/>
          <w:b w:val="0"/>
          <w:sz w:val="21"/>
        </w:rPr>
        <w:t>今後は二度とこのようなことのないよう、細心の注意を払って業務にあたります。誠に申し訳ございませんでした。</w:t>
      </w:r>
    </w:p>
    <w:p/>
    <w:p>
      <w:pPr>
        <w:spacing w:after="120"/>
        <w:jc w:val="left"/>
      </w:pPr>
      <w:r>
        <w:rPr>
          <w:rFonts w:ascii="ＭＳ Ｐゴシック" w:hAnsi="ＭＳ Ｐゴシック" w:eastAsia="ＭＳ Ｐゴシック"/>
          <w:b w:val="0"/>
          <w:sz w:val="17"/>
        </w:rPr>
        <w:t>※ 会社名・氏名・金額はすべて架空のサンプルです。自社の内容に書き換えてお使いください。※ 始末書は反省とお詫び・再発防止を示す書類です。言い訳がましい書き方は避け、事実を正確・簡潔に書きます。再発防止策は「今後気をつけます」で終わらせず、何をどう変えるのかを具体的に書くと誠意が伝わります。</w:t>
      </w:r>
    </w:p>
    <w:p>
      <w:r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始末書</w:t>
            </w:r>
          </w:p>
        </w:tc>
      </w:tr>
    </w:tbl>
    <w:p/>
    <w:p>
      <w:pPr>
        <w:spacing w:after="20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令和8年8月10日</w:t>
      </w:r>
    </w:p>
    <w:p>
      <w:pPr>
        <w:spacing w:after="240"/>
        <w:jc w:val="left"/>
      </w:pPr>
      <w:r>
        <w:rPr>
          <w:rFonts w:ascii="ＭＳ Ｐゴシック" w:hAnsi="ＭＳ Ｐゴシック" w:eastAsia="ＭＳ Ｐゴシック"/>
          <w:b w:val="0"/>
          <w:sz w:val="22"/>
        </w:rPr>
        <w:t>東西産業株式会社　代表取締役　佐藤 健一　殿</w:t>
      </w:r>
    </w:p>
    <w:p>
      <w:pPr>
        <w:spacing w:after="4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所属　総務部 総務課</w:t>
      </w:r>
    </w:p>
    <w:p>
      <w:pPr>
        <w:spacing w:after="4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氏名　山田 太郎　㊞</w:t>
      </w:r>
    </w:p>
    <w:p/>
    <w:p>
      <w:pPr>
        <w:spacing w:after="200"/>
        <w:jc w:val="left"/>
      </w:pPr>
      <w:r>
        <w:rPr>
          <w:rFonts w:ascii="ＭＳ Ｐゴシック" w:hAnsi="ＭＳ Ｐゴシック" w:eastAsia="ＭＳ Ｐゴシック"/>
          <w:b w:val="0"/>
          <w:sz w:val="21"/>
        </w:rPr>
        <w:t>このたび、私の確認不足により、お取引先へ誤った金額の請求書を送付するという事態を招き、多大なご迷惑をおかけいたしました。心よりお詫び申し上げます。事の経緯は下記のとおりです。</w:t>
      </w:r>
    </w:p>
    <w:p>
      <w:pPr>
        <w:spacing w:after="160"/>
        <w:jc w:val="center"/>
      </w:pPr>
      <w:r>
        <w:rPr>
          <w:rFonts w:ascii="ＭＳ Ｐゴシック" w:hAnsi="ＭＳ Ｐゴシック" w:eastAsia="ＭＳ Ｐゴシック"/>
          <w:b w:val="0"/>
          <w:sz w:val="21"/>
        </w:rPr>
        <w:t>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rHeight w:val="680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発生日時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令和8年8月5日（水）14時ごろ</w:t>
            </w:r>
          </w:p>
        </w:tc>
      </w:tr>
      <w:tr>
        <w:trPr>
          <w:trHeight w:val="680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発生場所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本社 総務部</w:t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事案の内容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みなと商事株式会社宛ての8月分請求書について、正しくは330,000円のところを303,000円と誤って記載したまま送付しました。</w:t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原　因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7月に改定した単価表から金額を転記する際、改定前の行を見たまま入力しました。送付前の照合を自分ひとりで行っていたため、誤りに気づけませんでした。</w:t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とった対応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8月6日午前に先方の経理ご担当へ電話でお詫びし、同日中に訂正した請求書を再送しました。お支払日の変更はなく、先方の経理処理への影響はありませんでした。</w:t>
            </w:r>
          </w:p>
        </w:tc>
      </w:tr>
      <w:tr>
        <w:trPr>
          <w:trHeight w:val="1474" w:hRule="atLeast"/>
        </w:trPr>
        <w:tc>
          <w:tcPr>
            <w:tcW w:type="dxa" w:w="2268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再発防止策</w:t>
            </w:r>
          </w:p>
        </w:tc>
        <w:tc>
          <w:tcPr>
            <w:tcW w:type="dxa" w:w="7087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①請求書は単価表の該当行と1件ずつ突き合わせ、チェック欄に確認印を押します。②金額欄は課内の別担当者による確認を受けてから送付します。</w:t>
            </w:r>
          </w:p>
        </w:tc>
      </w:tr>
    </w:tbl>
    <w:p>
      <w:pPr>
        <w:spacing w:after="160"/>
        <w:jc w:val="right"/>
      </w:pPr>
      <w:r>
        <w:rPr>
          <w:rFonts w:ascii="ＭＳ Ｐゴシック" w:hAnsi="ＭＳ Ｐゴシック" w:eastAsia="ＭＳ Ｐゴシック"/>
          <w:b w:val="0"/>
          <w:sz w:val="21"/>
        </w:rPr>
        <w:t>以上</w:t>
      </w:r>
    </w:p>
    <w:p>
      <w:pPr>
        <w:spacing w:after="200"/>
        <w:jc w:val="left"/>
      </w:pPr>
      <w:r>
        <w:rPr>
          <w:rFonts w:ascii="ＭＳ Ｐゴシック" w:hAnsi="ＭＳ Ｐゴシック" w:eastAsia="ＭＳ Ｐゴシック"/>
          <w:b w:val="0"/>
          <w:sz w:val="21"/>
        </w:rPr>
        <w:t>今後は二度とこのようなことのないよう、細心の注意を払って業務にあたります。誠に申し訳ございませんでした。</w:t>
      </w:r>
    </w:p>
    <w:p/>
    <w:p>
      <w:pPr>
        <w:spacing w:after="120"/>
        <w:jc w:val="left"/>
      </w:pPr>
      <w:r>
        <w:rPr>
          <w:rFonts w:ascii="ＭＳ Ｐゴシック" w:hAnsi="ＭＳ Ｐゴシック" w:eastAsia="ＭＳ Ｐゴシック"/>
          <w:b w:val="0"/>
          <w:sz w:val="17"/>
        </w:rPr>
        <w:t>※ 会社名・氏名・金額はすべて架空のサンプルです。自社の内容に書き換えてお使いください。※ 始末書は反省とお詫び・再発防止を示す書類です。言い訳がましい書き方は避け、事実を正確・簡潔に書きます。再発防止策は「今後気をつけます」で終わらせず、何をどう変えるのかを具体的に書くと誠意が伝わります。</w:t>
      </w:r>
    </w:p>
    <w:sectPr w:rsidR="00FC693F" w:rsidRPr="0006063C" w:rsidSect="00034616">
      <w:pgSz w:w="11906" w:h="16838"/>
      <w:pgMar w:top="1020" w:right="850" w:bottom="102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ＭＳ Ｐゴシック" w:hAnsi="ＭＳ Ｐゴシック" w:eastAsia="ＭＳ Ｐ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dc:creator>総務経理マスター（soumukeiri.com）</dc:creator>
  <cp:keywords>soumukeiri.com,テンプレート,記入例</cp:keywords>
  <dc:description>soumukeiri.com 配布用テンプレート</dc:description>
  <cp:lastModifiedBy>総務経理マスター（soumukeiri.com）</cp:lastModifiedBy>
  <cp:revision>1</cp:revision>
  <dcterms:created xsi:type="dcterms:W3CDTF">2026-08-08T00:43:39Z</dcterms:created>
  <dcterms:modified xsi:type="dcterms:W3CDTF">2026-08-08T00:43:39Z</dcterms:modified>
  <cp:category>申請書テンプレート</cp:category>
</cp:coreProperties>
</file>