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カスタマーハラスメント相談・対応記録票</w:t>
            </w:r>
          </w:p>
        </w:tc>
      </w:tr>
    </w:tbl>
    <w:tbl>
      <w:tblPr>
        <w:tblStyle w:val="TableGrid"/>
        <w:tblW w:type="auto" w:w="0"/>
        <w:jc w:val="center"/>
        <w:tblLook w:firstColumn="1" w:firstRow="1" w:lastColumn="0" w:lastRow="0" w:noHBand="0" w:noVBand="1" w:val="04A0"/>
      </w:tblPr>
      <w:tblGrid>
        <w:gridCol w:w="2551"/>
        <w:gridCol w:w="2551"/>
        <w:gridCol w:w="2551"/>
        <w:gridCol w:w="2551"/>
      </w:tblGrid>
      <w:tr>
        <w:tc>
          <w:tcPr>
            <w:tcW w:type="dxa" w:w="1701"/>
            <w:shd w:val="clear" w:color="auto" w:fill="F5F7FA"/>
          </w:tcPr>
          <w:p>
            <w:pPr>
              <w:jc w:val="center"/>
            </w:pPr>
            <w:r/>
            <w:r>
              <w:rPr>
                <w:rFonts w:ascii="ＭＳ Ｐゴシック" w:hAnsi="ＭＳ Ｐゴシック" w:eastAsia="ＭＳ Ｐゴシック"/>
                <w:b/>
                <w:sz w:val="21"/>
              </w:rPr>
              <w:t>受付日</w:t>
            </w:r>
          </w:p>
        </w:tc>
        <w:tc>
          <w:tcPr>
            <w:tcW w:type="dxa" w:w="3685"/>
          </w:tcPr>
          <w:p>
            <w:pPr>
              <w:jc w:val="left"/>
            </w:pPr>
            <w:r/>
            <w:r>
              <w:rPr>
                <w:rFonts w:ascii="ＭＳ Ｐゴシック" w:hAnsi="ＭＳ Ｐゴシック" w:eastAsia="ＭＳ Ｐゴシック"/>
                <w:b w:val="0"/>
                <w:sz w:val="21"/>
              </w:rPr>
            </w:r>
          </w:p>
        </w:tc>
        <w:tc>
          <w:tcPr>
            <w:tcW w:type="dxa" w:w="1701"/>
            <w:shd w:val="clear" w:color="auto" w:fill="F5F7FA"/>
          </w:tcPr>
          <w:p>
            <w:pPr>
              <w:jc w:val="center"/>
            </w:pPr>
            <w:r/>
            <w:r>
              <w:rPr>
                <w:rFonts w:ascii="ＭＳ Ｐゴシック" w:hAnsi="ＭＳ Ｐゴシック" w:eastAsia="ＭＳ Ｐゴシック"/>
                <w:b/>
                <w:sz w:val="21"/>
              </w:rPr>
              <w:t>受付番号</w:t>
            </w:r>
          </w:p>
        </w:tc>
        <w:tc>
          <w:tcPr>
            <w:tcW w:type="dxa" w:w="3402"/>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受付担当者</w:t>
            </w:r>
          </w:p>
        </w:tc>
        <w:tc>
          <w:tcPr>
            <w:tcW w:type="dxa" w:w="3685"/>
          </w:tcPr>
          <w:p>
            <w:pPr>
              <w:jc w:val="left"/>
            </w:pPr>
            <w:r/>
            <w:r>
              <w:rPr>
                <w:rFonts w:ascii="ＭＳ Ｐゴシック" w:hAnsi="ＭＳ Ｐゴシック" w:eastAsia="ＭＳ Ｐゴシック"/>
                <w:b w:val="0"/>
                <w:sz w:val="21"/>
              </w:rPr>
            </w:r>
          </w:p>
        </w:tc>
        <w:tc>
          <w:tcPr>
            <w:tcW w:type="dxa" w:w="1701"/>
            <w:shd w:val="clear" w:color="auto" w:fill="F5F7FA"/>
          </w:tcPr>
          <w:p>
            <w:pPr>
              <w:jc w:val="center"/>
            </w:pPr>
            <w:r/>
            <w:r>
              <w:rPr>
                <w:rFonts w:ascii="ＭＳ Ｐゴシック" w:hAnsi="ＭＳ Ｐゴシック" w:eastAsia="ＭＳ Ｐゴシック"/>
                <w:b/>
                <w:sz w:val="21"/>
              </w:rPr>
              <w:t>受付方法</w:t>
            </w:r>
          </w:p>
        </w:tc>
        <w:tc>
          <w:tcPr>
            <w:tcW w:type="dxa" w:w="3402"/>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相談者　氏名</w:t>
            </w:r>
          </w:p>
        </w:tc>
        <w:tc>
          <w:tcPr>
            <w:tcW w:type="dxa" w:w="3685"/>
          </w:tcPr>
          <w:p>
            <w:pPr>
              <w:jc w:val="left"/>
            </w:pPr>
            <w:r/>
            <w:r>
              <w:rPr>
                <w:rFonts w:ascii="ＭＳ Ｐゴシック" w:hAnsi="ＭＳ Ｐゴシック" w:eastAsia="ＭＳ Ｐゴシック"/>
                <w:b w:val="0"/>
                <w:sz w:val="21"/>
              </w:rPr>
            </w:r>
          </w:p>
        </w:tc>
        <w:tc>
          <w:tcPr>
            <w:tcW w:type="dxa" w:w="1701"/>
            <w:shd w:val="clear" w:color="auto" w:fill="F5F7FA"/>
          </w:tcPr>
          <w:p>
            <w:pPr>
              <w:jc w:val="center"/>
            </w:pPr>
            <w:r/>
            <w:r>
              <w:rPr>
                <w:rFonts w:ascii="ＭＳ Ｐゴシック" w:hAnsi="ＭＳ Ｐゴシック" w:eastAsia="ＭＳ Ｐゴシック"/>
                <w:b/>
                <w:sz w:val="21"/>
              </w:rPr>
              <w:t>相談者　所属</w:t>
            </w:r>
          </w:p>
        </w:tc>
        <w:tc>
          <w:tcPr>
            <w:tcW w:type="dxa" w:w="3402"/>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発生日時</w:t>
            </w:r>
          </w:p>
        </w:tc>
        <w:tc>
          <w:tcPr>
            <w:tcW w:type="dxa" w:w="3402"/>
            <w:gridSpan w:val="3"/>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発生場所</w:t>
            </w:r>
          </w:p>
        </w:tc>
        <w:tc>
          <w:tcPr>
            <w:tcW w:type="dxa" w:w="3402"/>
            <w:gridSpan w:val="3"/>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顧客等の区分</w:t>
            </w:r>
          </w:p>
        </w:tc>
        <w:tc>
          <w:tcPr>
            <w:tcW w:type="dxa" w:w="3402"/>
            <w:gridSpan w:val="3"/>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言動の内容</w:t>
            </w:r>
          </w:p>
        </w:tc>
        <w:tc>
          <w:tcPr>
            <w:tcW w:type="dxa" w:w="3402"/>
            <w:gridSpan w:val="3"/>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（続き）</w:t>
            </w:r>
          </w:p>
        </w:tc>
        <w:tc>
          <w:tcPr>
            <w:tcW w:type="dxa" w:w="3402"/>
            <w:gridSpan w:val="3"/>
          </w:tcPr>
          <w:p>
            <w:pPr>
              <w:jc w:val="left"/>
            </w:pPr>
            <w:r/>
            <w:r>
              <w:rPr>
                <w:rFonts w:ascii="ＭＳ Ｐゴシック" w:hAnsi="ＭＳ Ｐゴシック" w:eastAsia="ＭＳ Ｐゴシック"/>
                <w:b w:val="0"/>
                <w:sz w:val="21"/>
              </w:rPr>
            </w:r>
          </w:p>
        </w:tc>
      </w:tr>
      <w:tr>
        <w:tc>
          <w:tcPr>
            <w:tcW w:type="dxa" w:w="1701"/>
            <w:shd w:val="clear" w:color="auto" w:fill="F5F7FA"/>
          </w:tcPr>
          <w:p>
            <w:pPr>
              <w:jc w:val="center"/>
            </w:pPr>
            <w:r/>
            <w:r>
              <w:rPr>
                <w:rFonts w:ascii="ＭＳ Ｐゴシック" w:hAnsi="ＭＳ Ｐゴシック" w:eastAsia="ＭＳ Ｐゴシック"/>
                <w:b/>
                <w:sz w:val="21"/>
              </w:rPr>
              <w:t>該当する類型</w:t>
            </w:r>
          </w:p>
        </w:tc>
        <w:tc>
          <w:tcPr>
            <w:tcW w:type="dxa" w:w="3402"/>
            <w:gridSpan w:val="3"/>
          </w:tcPr>
          <w:p>
            <w:pPr>
              <w:jc w:val="left"/>
            </w:pPr>
            <w:r/>
            <w:r>
              <w:rPr>
                <w:rFonts w:ascii="ＭＳ Ｐゴシック" w:hAnsi="ＭＳ Ｐゴシック" w:eastAsia="ＭＳ Ｐゴシック"/>
                <w:b w:val="0"/>
                <w:sz w:val="21"/>
              </w:rPr>
            </w:r>
          </w:p>
        </w:tc>
      </w:tr>
    </w:tbl>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E8F0FE"/>
          </w:tcPr>
          <w:p>
            <w:pPr>
              <w:jc w:val="center"/>
            </w:pPr>
            <w:r/>
            <w:r>
              <w:rPr>
                <w:rFonts w:ascii="ＭＳ Ｐゴシック" w:hAnsi="ＭＳ Ｐゴシック" w:eastAsia="ＭＳ Ｐゴシック"/>
                <w:b/>
                <w:sz w:val="18"/>
              </w:rPr>
              <w:t>No</w:t>
            </w:r>
          </w:p>
        </w:tc>
        <w:tc>
          <w:tcPr>
            <w:tcW w:type="dxa" w:w="2551"/>
            <w:shd w:val="clear" w:color="auto" w:fill="E8F0FE"/>
          </w:tcPr>
          <w:p>
            <w:pPr>
              <w:jc w:val="center"/>
            </w:pPr>
            <w:r/>
            <w:r>
              <w:rPr>
                <w:rFonts w:ascii="ＭＳ Ｐゴシック" w:hAnsi="ＭＳ Ｐゴシック" w:eastAsia="ＭＳ Ｐゴシック"/>
                <w:b/>
                <w:sz w:val="18"/>
              </w:rPr>
              <w:t>日時</w:t>
            </w:r>
          </w:p>
        </w:tc>
        <w:tc>
          <w:tcPr>
            <w:tcW w:type="dxa" w:w="2551"/>
            <w:shd w:val="clear" w:color="auto" w:fill="E8F0FE"/>
          </w:tcPr>
          <w:p>
            <w:pPr>
              <w:jc w:val="center"/>
            </w:pPr>
            <w:r/>
            <w:r>
              <w:rPr>
                <w:rFonts w:ascii="ＭＳ Ｐゴシック" w:hAnsi="ＭＳ Ｐゴシック" w:eastAsia="ＭＳ Ｐゴシック"/>
                <w:b/>
                <w:sz w:val="18"/>
              </w:rPr>
              <w:t>対応者</w:t>
            </w:r>
          </w:p>
        </w:tc>
        <w:tc>
          <w:tcPr>
            <w:tcW w:type="dxa" w:w="2551"/>
            <w:shd w:val="clear" w:color="auto" w:fill="E8F0FE"/>
          </w:tcPr>
          <w:p>
            <w:pPr>
              <w:jc w:val="center"/>
            </w:pPr>
            <w:r/>
            <w:r>
              <w:rPr>
                <w:rFonts w:ascii="ＭＳ Ｐゴシック" w:hAnsi="ＭＳ Ｐゴシック" w:eastAsia="ＭＳ Ｐゴシック"/>
                <w:b/>
                <w:sz w:val="18"/>
              </w:rPr>
              <w:t>対応の内容</w:t>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bl>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F5F7FA"/>
          </w:tcPr>
          <w:p>
            <w:pPr>
              <w:jc w:val="center"/>
            </w:pPr>
            <w:r/>
            <w:r>
              <w:rPr>
                <w:rFonts w:ascii="ＭＳ Ｐゴシック" w:hAnsi="ＭＳ Ｐゴシック" w:eastAsia="ＭＳ Ｐゴシック"/>
                <w:b/>
                <w:sz w:val="21"/>
              </w:rPr>
              <w:t>事実確認</w:t>
            </w:r>
          </w:p>
        </w:tc>
        <w:tc>
          <w:tcPr>
            <w:tcW w:type="dxa" w:w="7653"/>
            <w:gridSpan w:val="3"/>
          </w:tcPr>
          <w:p>
            <w:pPr>
              <w:jc w:val="left"/>
            </w:pPr>
            <w:r/>
            <w:r>
              <w:rPr>
                <w:rFonts w:ascii="ＭＳ Ｐゴシック" w:hAnsi="ＭＳ Ｐゴシック" w:eastAsia="ＭＳ Ｐゴシック"/>
                <w:b w:val="0"/>
                <w:sz w:val="21"/>
              </w:rPr>
            </w:r>
          </w:p>
        </w:tc>
      </w:tr>
      <w:tr>
        <w:tc>
          <w:tcPr>
            <w:tcW w:type="dxa" w:w="2551"/>
            <w:shd w:val="clear" w:color="auto" w:fill="F5F7FA"/>
          </w:tcPr>
          <w:p>
            <w:pPr>
              <w:jc w:val="center"/>
            </w:pPr>
            <w:r/>
            <w:r>
              <w:rPr>
                <w:rFonts w:ascii="ＭＳ Ｐゴシック" w:hAnsi="ＭＳ Ｐゴシック" w:eastAsia="ＭＳ Ｐゴシック"/>
                <w:b/>
                <w:sz w:val="21"/>
              </w:rPr>
              <w:t>配慮の措置</w:t>
            </w:r>
          </w:p>
        </w:tc>
        <w:tc>
          <w:tcPr>
            <w:tcW w:type="dxa" w:w="7653"/>
            <w:gridSpan w:val="3"/>
          </w:tcPr>
          <w:p>
            <w:pPr>
              <w:jc w:val="left"/>
            </w:pPr>
            <w:r/>
            <w:r>
              <w:rPr>
                <w:rFonts w:ascii="ＭＳ Ｐゴシック" w:hAnsi="ＭＳ Ｐゴシック" w:eastAsia="ＭＳ Ｐゴシック"/>
                <w:b w:val="0"/>
                <w:sz w:val="21"/>
              </w:rPr>
            </w:r>
          </w:p>
        </w:tc>
      </w:tr>
      <w:tr>
        <w:tc>
          <w:tcPr>
            <w:tcW w:type="dxa" w:w="2551"/>
            <w:shd w:val="clear" w:color="auto" w:fill="F5F7FA"/>
          </w:tcPr>
          <w:p>
            <w:pPr>
              <w:jc w:val="center"/>
            </w:pPr>
            <w:r/>
            <w:r>
              <w:rPr>
                <w:rFonts w:ascii="ＭＳ Ｐゴシック" w:hAnsi="ＭＳ Ｐゴシック" w:eastAsia="ＭＳ Ｐゴシック"/>
                <w:b/>
                <w:sz w:val="21"/>
              </w:rPr>
              <w:t>再発防止</w:t>
            </w:r>
          </w:p>
        </w:tc>
        <w:tc>
          <w:tcPr>
            <w:tcW w:type="dxa" w:w="7653"/>
            <w:gridSpan w:val="3"/>
          </w:tcPr>
          <w:p>
            <w:pPr>
              <w:jc w:val="left"/>
            </w:pPr>
            <w:r/>
            <w:r>
              <w:rPr>
                <w:rFonts w:ascii="ＭＳ Ｐゴシック" w:hAnsi="ＭＳ Ｐゴシック" w:eastAsia="ＭＳ Ｐゴシック"/>
                <w:b w:val="0"/>
                <w:sz w:val="21"/>
              </w:rPr>
            </w:r>
          </w:p>
        </w:tc>
      </w:tr>
      <w:tr>
        <w:tc>
          <w:tcPr>
            <w:tcW w:type="dxa" w:w="2551"/>
            <w:shd w:val="clear" w:color="auto" w:fill="F5F7FA"/>
          </w:tcPr>
          <w:p>
            <w:pPr>
              <w:jc w:val="center"/>
            </w:pPr>
            <w:r/>
            <w:r>
              <w:rPr>
                <w:rFonts w:ascii="ＭＳ Ｐゴシック" w:hAnsi="ＭＳ Ｐゴシック" w:eastAsia="ＭＳ Ｐゴシック"/>
                <w:b/>
                <w:sz w:val="21"/>
              </w:rPr>
              <w:t>共有先</w:t>
            </w:r>
          </w:p>
        </w:tc>
        <w:tc>
          <w:tcPr>
            <w:tcW w:type="dxa" w:w="7653"/>
            <w:gridSpan w:val="3"/>
          </w:tcPr>
          <w:p>
            <w:pPr>
              <w:jc w:val="left"/>
            </w:pPr>
            <w:r/>
            <w:r>
              <w:rPr>
                <w:rFonts w:ascii="ＭＳ Ｐゴシック" w:hAnsi="ＭＳ Ｐゴシック" w:eastAsia="ＭＳ Ｐゴシック"/>
                <w:b w:val="0"/>
                <w:sz w:val="21"/>
              </w:rPr>
            </w:r>
          </w:p>
        </w:tc>
      </w:tr>
    </w:tbl>
    <w:tbl>
      <w:tblPr>
        <w:tblStyle w:val="TableGrid"/>
        <w:tblW w:type="auto" w:w="0"/>
        <w:jc w:val="center"/>
        <w:tblLook w:firstColumn="1" w:firstRow="1" w:lastColumn="0" w:lastRow="0" w:noHBand="0" w:noVBand="1" w:val="04A0"/>
      </w:tblPr>
      <w:tblGrid>
        <w:gridCol w:w="3402"/>
        <w:gridCol w:w="3402"/>
        <w:gridCol w:w="3402"/>
      </w:tblGrid>
      <w:tr>
        <w:tc>
          <w:tcPr>
            <w:tcW w:type="dxa" w:w="3402"/>
            <w:shd w:val="clear" w:color="auto" w:fill="F5F7FA"/>
          </w:tcPr>
          <w:p>
            <w:pPr>
              <w:jc w:val="center"/>
            </w:pPr>
            <w:r/>
            <w:r>
              <w:rPr>
                <w:rFonts w:ascii="ＭＳ Ｐゴシック" w:hAnsi="ＭＳ Ｐゴシック" w:eastAsia="ＭＳ Ｐゴシック"/>
                <w:b/>
                <w:sz w:val="21"/>
              </w:rPr>
              <w:t>受付担当</w:t>
            </w:r>
          </w:p>
        </w:tc>
        <w:tc>
          <w:tcPr>
            <w:tcW w:type="dxa" w:w="3402"/>
            <w:shd w:val="clear" w:color="auto" w:fill="F5F7FA"/>
          </w:tcPr>
          <w:p>
            <w:pPr>
              <w:jc w:val="center"/>
            </w:pPr>
            <w:r/>
            <w:r>
              <w:rPr>
                <w:rFonts w:ascii="ＭＳ Ｐゴシック" w:hAnsi="ＭＳ Ｐゴシック" w:eastAsia="ＭＳ Ｐゴシック"/>
                <w:b/>
                <w:sz w:val="21"/>
              </w:rPr>
              <w:t>所属長</w:t>
            </w:r>
          </w:p>
        </w:tc>
        <w:tc>
          <w:tcPr>
            <w:tcW w:type="dxa" w:w="3402"/>
            <w:shd w:val="clear" w:color="auto" w:fill="F5F7FA"/>
          </w:tcPr>
          <w:p>
            <w:pPr>
              <w:jc w:val="center"/>
            </w:pPr>
            <w:r/>
            <w:r>
              <w:rPr>
                <w:rFonts w:ascii="ＭＳ Ｐゴシック" w:hAnsi="ＭＳ Ｐゴシック" w:eastAsia="ＭＳ Ｐゴシック"/>
                <w:b/>
                <w:sz w:val="21"/>
              </w:rPr>
              <w:t>総務部長</w:t>
            </w:r>
          </w:p>
        </w:tc>
      </w:tr>
      <w:tr>
        <w:tc>
          <w:tcPr>
            <w:tcW w:type="dxa" w:w="3402"/>
          </w:tcPr>
          <w:p>
            <w:pPr>
              <w:jc w:val="left"/>
            </w:pPr>
            <w:r/>
            <w:r>
              <w:rPr>
                <w:rFonts w:ascii="ＭＳ Ｐゴシック" w:hAnsi="ＭＳ Ｐゴシック" w:eastAsia="ＭＳ Ｐゴシック"/>
                <w:b w:val="0"/>
                <w:sz w:val="21"/>
              </w:rPr>
            </w:r>
          </w:p>
        </w:tc>
        <w:tc>
          <w:tcPr>
            <w:tcW w:type="dxa" w:w="3402"/>
          </w:tcPr>
          <w:p>
            <w:pPr>
              <w:jc w:val="left"/>
            </w:pPr>
            <w:r/>
            <w:r>
              <w:rPr>
                <w:rFonts w:ascii="ＭＳ Ｐゴシック" w:hAnsi="ＭＳ Ｐゴシック" w:eastAsia="ＭＳ Ｐゴシック"/>
                <w:b w:val="0"/>
                <w:sz w:val="21"/>
              </w:rPr>
            </w:r>
          </w:p>
        </w:tc>
        <w:tc>
          <w:tcPr>
            <w:tcW w:type="dxa" w:w="3402"/>
          </w:tcPr>
          <w:p>
            <w:pPr>
              <w:jc w:val="left"/>
            </w:pPr>
            <w:r/>
            <w:r>
              <w:rPr>
                <w:rFonts w:ascii="ＭＳ Ｐゴシック" w:hAnsi="ＭＳ Ｐゴシック" w:eastAsia="ＭＳ Ｐゴシック"/>
                <w:b w:val="0"/>
                <w:sz w:val="21"/>
              </w:rPr>
            </w:r>
          </w:p>
        </w:tc>
      </w:tr>
    </w:tbl>
    <w:p>
      <w:r>
        <w:rPr>
          <w:rFonts w:ascii="ＭＳ Ｐゴシック" w:hAnsi="ＭＳ Ｐゴシック"/>
          <w:sz w:val="17"/>
        </w:rPr>
        <w:t>※ 相談者及び関係者のプライバシーを保護するため、本記録の取扱いは関係者に限定してください。相談を行ったこと等を理由とする不利益な取扱いは禁止されています（労働施策総合推進法第33条第2項）。記入例の会社名・氏名・内容はすべて架空のサンプルです。</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カスタマーハラスメント相談・対応記録票</w:t>
            </w:r>
          </w:p>
        </w:tc>
      </w:tr>
    </w:tbl>
    <w:tbl>
      <w:tblPr>
        <w:tblStyle w:val="TableGrid"/>
        <w:tblW w:type="auto" w:w="0"/>
        <w:jc w:val="center"/>
        <w:tblLook w:firstColumn="1" w:firstRow="1" w:lastColumn="0" w:lastRow="0" w:noHBand="0" w:noVBand="1" w:val="04A0"/>
      </w:tblPr>
      <w:tblGrid>
        <w:gridCol w:w="2551"/>
        <w:gridCol w:w="2551"/>
        <w:gridCol w:w="2551"/>
        <w:gridCol w:w="2551"/>
      </w:tblGrid>
      <w:tr>
        <w:tc>
          <w:tcPr>
            <w:tcW w:type="dxa" w:w="1701"/>
            <w:shd w:val="clear" w:color="auto" w:fill="F5F7FA"/>
          </w:tcPr>
          <w:p>
            <w:pPr>
              <w:jc w:val="center"/>
            </w:pPr>
            <w:r/>
            <w:r>
              <w:rPr>
                <w:rFonts w:ascii="ＭＳ Ｐゴシック" w:hAnsi="ＭＳ Ｐゴシック" w:eastAsia="ＭＳ Ｐゴシック"/>
                <w:b/>
                <w:sz w:val="21"/>
              </w:rPr>
              <w:t>受付日</w:t>
            </w:r>
          </w:p>
        </w:tc>
        <w:tc>
          <w:tcPr>
            <w:tcW w:type="dxa" w:w="3685"/>
          </w:tcPr>
          <w:p>
            <w:pPr>
              <w:jc w:val="left"/>
            </w:pPr>
            <w:r/>
            <w:r>
              <w:rPr>
                <w:rFonts w:ascii="ＭＳ Ｐゴシック" w:hAnsi="ＭＳ Ｐゴシック" w:eastAsia="ＭＳ Ｐゴシック"/>
                <w:b w:val="0"/>
                <w:sz w:val="21"/>
              </w:rPr>
              <w:t>令和8年10月14日</w:t>
            </w:r>
          </w:p>
        </w:tc>
        <w:tc>
          <w:tcPr>
            <w:tcW w:type="dxa" w:w="1701"/>
            <w:shd w:val="clear" w:color="auto" w:fill="F5F7FA"/>
          </w:tcPr>
          <w:p>
            <w:pPr>
              <w:jc w:val="center"/>
            </w:pPr>
            <w:r/>
            <w:r>
              <w:rPr>
                <w:rFonts w:ascii="ＭＳ Ｐゴシック" w:hAnsi="ＭＳ Ｐゴシック" w:eastAsia="ＭＳ Ｐゴシック"/>
                <w:b/>
                <w:sz w:val="21"/>
              </w:rPr>
              <w:t>受付番号</w:t>
            </w:r>
          </w:p>
        </w:tc>
        <w:tc>
          <w:tcPr>
            <w:tcW w:type="dxa" w:w="3402"/>
          </w:tcPr>
          <w:p>
            <w:pPr>
              <w:jc w:val="left"/>
            </w:pPr>
            <w:r/>
            <w:r>
              <w:rPr>
                <w:rFonts w:ascii="ＭＳ Ｐゴシック" w:hAnsi="ＭＳ Ｐゴシック" w:eastAsia="ＭＳ Ｐゴシック"/>
                <w:b w:val="0"/>
                <w:sz w:val="21"/>
              </w:rPr>
              <w:t>KH-2026-004</w:t>
            </w:r>
          </w:p>
        </w:tc>
      </w:tr>
      <w:tr>
        <w:tc>
          <w:tcPr>
            <w:tcW w:type="dxa" w:w="1701"/>
            <w:shd w:val="clear" w:color="auto" w:fill="F5F7FA"/>
          </w:tcPr>
          <w:p>
            <w:pPr>
              <w:jc w:val="center"/>
            </w:pPr>
            <w:r/>
            <w:r>
              <w:rPr>
                <w:rFonts w:ascii="ＭＳ Ｐゴシック" w:hAnsi="ＭＳ Ｐゴシック" w:eastAsia="ＭＳ Ｐゴシック"/>
                <w:b/>
                <w:sz w:val="21"/>
              </w:rPr>
              <w:t>受付担当者</w:t>
            </w:r>
          </w:p>
        </w:tc>
        <w:tc>
          <w:tcPr>
            <w:tcW w:type="dxa" w:w="3685"/>
          </w:tcPr>
          <w:p>
            <w:pPr>
              <w:jc w:val="left"/>
            </w:pPr>
            <w:r/>
            <w:r>
              <w:rPr>
                <w:rFonts w:ascii="ＭＳ Ｐゴシック" w:hAnsi="ＭＳ Ｐゴシック" w:eastAsia="ＭＳ Ｐゴシック"/>
                <w:b w:val="0"/>
                <w:sz w:val="21"/>
              </w:rPr>
              <w:t>総務部　佐藤 花子</w:t>
            </w:r>
          </w:p>
        </w:tc>
        <w:tc>
          <w:tcPr>
            <w:tcW w:type="dxa" w:w="1701"/>
            <w:shd w:val="clear" w:color="auto" w:fill="F5F7FA"/>
          </w:tcPr>
          <w:p>
            <w:pPr>
              <w:jc w:val="center"/>
            </w:pPr>
            <w:r/>
            <w:r>
              <w:rPr>
                <w:rFonts w:ascii="ＭＳ Ｐゴシック" w:hAnsi="ＭＳ Ｐゴシック" w:eastAsia="ＭＳ Ｐゴシック"/>
                <w:b/>
                <w:sz w:val="21"/>
              </w:rPr>
              <w:t>受付方法</w:t>
            </w:r>
          </w:p>
        </w:tc>
        <w:tc>
          <w:tcPr>
            <w:tcW w:type="dxa" w:w="3402"/>
          </w:tcPr>
          <w:p>
            <w:pPr>
              <w:jc w:val="left"/>
            </w:pPr>
            <w:r/>
            <w:r>
              <w:rPr>
                <w:rFonts w:ascii="ＭＳ Ｐゴシック" w:hAnsi="ＭＳ Ｐゴシック" w:eastAsia="ＭＳ Ｐゴシック"/>
                <w:b w:val="0"/>
                <w:sz w:val="21"/>
              </w:rPr>
              <w:t>対面</w:t>
            </w:r>
          </w:p>
        </w:tc>
      </w:tr>
      <w:tr>
        <w:tc>
          <w:tcPr>
            <w:tcW w:type="dxa" w:w="1701"/>
            <w:shd w:val="clear" w:color="auto" w:fill="F5F7FA"/>
          </w:tcPr>
          <w:p>
            <w:pPr>
              <w:jc w:val="center"/>
            </w:pPr>
            <w:r/>
            <w:r>
              <w:rPr>
                <w:rFonts w:ascii="ＭＳ Ｐゴシック" w:hAnsi="ＭＳ Ｐゴシック" w:eastAsia="ＭＳ Ｐゴシック"/>
                <w:b/>
                <w:sz w:val="21"/>
              </w:rPr>
              <w:t>相談者　氏名</w:t>
            </w:r>
          </w:p>
        </w:tc>
        <w:tc>
          <w:tcPr>
            <w:tcW w:type="dxa" w:w="3685"/>
          </w:tcPr>
          <w:p>
            <w:pPr>
              <w:jc w:val="left"/>
            </w:pPr>
            <w:r/>
            <w:r>
              <w:rPr>
                <w:rFonts w:ascii="ＭＳ Ｐゴシック" w:hAnsi="ＭＳ Ｐゴシック" w:eastAsia="ＭＳ Ｐゴシック"/>
                <w:b w:val="0"/>
                <w:sz w:val="21"/>
              </w:rPr>
              <w:t>山田 太郎</w:t>
            </w:r>
          </w:p>
        </w:tc>
        <w:tc>
          <w:tcPr>
            <w:tcW w:type="dxa" w:w="1701"/>
            <w:shd w:val="clear" w:color="auto" w:fill="F5F7FA"/>
          </w:tcPr>
          <w:p>
            <w:pPr>
              <w:jc w:val="center"/>
            </w:pPr>
            <w:r/>
            <w:r>
              <w:rPr>
                <w:rFonts w:ascii="ＭＳ Ｐゴシック" w:hAnsi="ＭＳ Ｐゴシック" w:eastAsia="ＭＳ Ｐゴシック"/>
                <w:b/>
                <w:sz w:val="21"/>
              </w:rPr>
              <w:t>相談者　所属</w:t>
            </w:r>
          </w:p>
        </w:tc>
        <w:tc>
          <w:tcPr>
            <w:tcW w:type="dxa" w:w="3402"/>
          </w:tcPr>
          <w:p>
            <w:pPr>
              <w:jc w:val="left"/>
            </w:pPr>
            <w:r/>
            <w:r>
              <w:rPr>
                <w:rFonts w:ascii="ＭＳ Ｐゴシック" w:hAnsi="ＭＳ Ｐゴシック" w:eastAsia="ＭＳ Ｐゴシック"/>
                <w:b w:val="0"/>
                <w:sz w:val="21"/>
              </w:rPr>
              <w:t>営業部</w:t>
            </w:r>
          </w:p>
        </w:tc>
      </w:tr>
      <w:tr>
        <w:tc>
          <w:tcPr>
            <w:tcW w:type="dxa" w:w="1701"/>
            <w:shd w:val="clear" w:color="auto" w:fill="F5F7FA"/>
          </w:tcPr>
          <w:p>
            <w:pPr>
              <w:jc w:val="center"/>
            </w:pPr>
            <w:r/>
            <w:r>
              <w:rPr>
                <w:rFonts w:ascii="ＭＳ Ｐゴシック" w:hAnsi="ＭＳ Ｐゴシック" w:eastAsia="ＭＳ Ｐゴシック"/>
                <w:b/>
                <w:sz w:val="21"/>
              </w:rPr>
              <w:t>発生日時</w:t>
            </w:r>
          </w:p>
        </w:tc>
        <w:tc>
          <w:tcPr>
            <w:tcW w:type="dxa" w:w="3402"/>
            <w:gridSpan w:val="3"/>
          </w:tcPr>
          <w:p>
            <w:pPr>
              <w:jc w:val="left"/>
            </w:pPr>
            <w:r/>
            <w:r>
              <w:rPr>
                <w:rFonts w:ascii="ＭＳ Ｐゴシック" w:hAnsi="ＭＳ Ｐゴシック" w:eastAsia="ＭＳ Ｐゴシック"/>
                <w:b w:val="0"/>
                <w:sz w:val="21"/>
              </w:rPr>
              <w:t>令和8年10月13日　14時30分頃</w:t>
            </w:r>
          </w:p>
        </w:tc>
      </w:tr>
      <w:tr>
        <w:tc>
          <w:tcPr>
            <w:tcW w:type="dxa" w:w="1701"/>
            <w:shd w:val="clear" w:color="auto" w:fill="F5F7FA"/>
          </w:tcPr>
          <w:p>
            <w:pPr>
              <w:jc w:val="center"/>
            </w:pPr>
            <w:r/>
            <w:r>
              <w:rPr>
                <w:rFonts w:ascii="ＭＳ Ｐゴシック" w:hAnsi="ＭＳ Ｐゴシック" w:eastAsia="ＭＳ Ｐゴシック"/>
                <w:b/>
                <w:sz w:val="21"/>
              </w:rPr>
              <w:t>発生場所</w:t>
            </w:r>
          </w:p>
        </w:tc>
        <w:tc>
          <w:tcPr>
            <w:tcW w:type="dxa" w:w="3402"/>
            <w:gridSpan w:val="3"/>
          </w:tcPr>
          <w:p>
            <w:pPr>
              <w:jc w:val="left"/>
            </w:pPr>
            <w:r/>
            <w:r>
              <w:rPr>
                <w:rFonts w:ascii="ＭＳ Ｐゴシック" w:hAnsi="ＭＳ Ｐゴシック" w:eastAsia="ＭＳ Ｐゴシック"/>
                <w:b w:val="0"/>
                <w:sz w:val="21"/>
              </w:rPr>
              <w:t>本社1階　受付カウンター</w:t>
            </w:r>
          </w:p>
        </w:tc>
      </w:tr>
      <w:tr>
        <w:tc>
          <w:tcPr>
            <w:tcW w:type="dxa" w:w="1701"/>
            <w:shd w:val="clear" w:color="auto" w:fill="F5F7FA"/>
          </w:tcPr>
          <w:p>
            <w:pPr>
              <w:jc w:val="center"/>
            </w:pPr>
            <w:r/>
            <w:r>
              <w:rPr>
                <w:rFonts w:ascii="ＭＳ Ｐゴシック" w:hAnsi="ＭＳ Ｐゴシック" w:eastAsia="ＭＳ Ｐゴシック"/>
                <w:b/>
                <w:sz w:val="21"/>
              </w:rPr>
              <w:t>顧客等の区分</w:t>
            </w:r>
          </w:p>
        </w:tc>
        <w:tc>
          <w:tcPr>
            <w:tcW w:type="dxa" w:w="3402"/>
            <w:gridSpan w:val="3"/>
          </w:tcPr>
          <w:p>
            <w:pPr>
              <w:jc w:val="left"/>
            </w:pPr>
            <w:r/>
            <w:r>
              <w:rPr>
                <w:rFonts w:ascii="ＭＳ Ｐゴシック" w:hAnsi="ＭＳ Ｐゴシック" w:eastAsia="ＭＳ Ｐゴシック"/>
                <w:b w:val="0"/>
                <w:sz w:val="21"/>
              </w:rPr>
              <w:t>取引先の担当者</w:t>
            </w:r>
          </w:p>
        </w:tc>
      </w:tr>
      <w:tr>
        <w:tc>
          <w:tcPr>
            <w:tcW w:type="dxa" w:w="1701"/>
            <w:shd w:val="clear" w:color="auto" w:fill="F5F7FA"/>
          </w:tcPr>
          <w:p>
            <w:pPr>
              <w:jc w:val="center"/>
            </w:pPr>
            <w:r/>
            <w:r>
              <w:rPr>
                <w:rFonts w:ascii="ＭＳ Ｐゴシック" w:hAnsi="ＭＳ Ｐゴシック" w:eastAsia="ＭＳ Ｐゴシック"/>
                <w:b/>
                <w:sz w:val="21"/>
              </w:rPr>
              <w:t>言動の内容</w:t>
            </w:r>
          </w:p>
        </w:tc>
        <w:tc>
          <w:tcPr>
            <w:tcW w:type="dxa" w:w="3402"/>
            <w:gridSpan w:val="3"/>
          </w:tcPr>
          <w:p>
            <w:pPr>
              <w:jc w:val="left"/>
            </w:pPr>
            <w:r/>
            <w:r>
              <w:rPr>
                <w:rFonts w:ascii="ＭＳ Ｐゴシック" w:hAnsi="ＭＳ Ｐゴシック" w:eastAsia="ＭＳ Ｐゴシック"/>
                <w:b w:val="0"/>
                <w:sz w:val="21"/>
              </w:rPr>
              <w:t>納期の遅延について、大声で1時間以上責め立てられた</w:t>
            </w:r>
          </w:p>
        </w:tc>
      </w:tr>
      <w:tr>
        <w:tc>
          <w:tcPr>
            <w:tcW w:type="dxa" w:w="1701"/>
            <w:shd w:val="clear" w:color="auto" w:fill="F5F7FA"/>
          </w:tcPr>
          <w:p>
            <w:pPr>
              <w:jc w:val="center"/>
            </w:pPr>
            <w:r/>
            <w:r>
              <w:rPr>
                <w:rFonts w:ascii="ＭＳ Ｐゴシック" w:hAnsi="ＭＳ Ｐゴシック" w:eastAsia="ＭＳ Ｐゴシック"/>
                <w:b/>
                <w:sz w:val="21"/>
              </w:rPr>
              <w:t>（続き）</w:t>
            </w:r>
          </w:p>
        </w:tc>
        <w:tc>
          <w:tcPr>
            <w:tcW w:type="dxa" w:w="3402"/>
            <w:gridSpan w:val="3"/>
          </w:tcPr>
          <w:p>
            <w:pPr>
              <w:jc w:val="left"/>
            </w:pPr>
            <w:r/>
            <w:r>
              <w:rPr>
                <w:rFonts w:ascii="ＭＳ Ｐゴシック" w:hAnsi="ＭＳ Ｐゴシック" w:eastAsia="ＭＳ Ｐゴシック"/>
                <w:b w:val="0"/>
                <w:sz w:val="21"/>
              </w:rPr>
              <w:t>他の来客の前で人格を否定する発言があった</w:t>
            </w:r>
          </w:p>
        </w:tc>
      </w:tr>
      <w:tr>
        <w:tc>
          <w:tcPr>
            <w:tcW w:type="dxa" w:w="1701"/>
            <w:shd w:val="clear" w:color="auto" w:fill="F5F7FA"/>
          </w:tcPr>
          <w:p>
            <w:pPr>
              <w:jc w:val="center"/>
            </w:pPr>
            <w:r/>
            <w:r>
              <w:rPr>
                <w:rFonts w:ascii="ＭＳ Ｐゴシック" w:hAnsi="ＭＳ Ｐゴシック" w:eastAsia="ＭＳ Ｐゴシック"/>
                <w:b/>
                <w:sz w:val="21"/>
              </w:rPr>
              <w:t>該当する類型</w:t>
            </w:r>
          </w:p>
        </w:tc>
        <w:tc>
          <w:tcPr>
            <w:tcW w:type="dxa" w:w="3402"/>
            <w:gridSpan w:val="3"/>
          </w:tcPr>
          <w:p>
            <w:pPr>
              <w:jc w:val="left"/>
            </w:pPr>
            <w:r/>
            <w:r>
              <w:rPr>
                <w:rFonts w:ascii="ＭＳ Ｐゴシック" w:hAnsi="ＭＳ Ｐゴシック" w:eastAsia="ＭＳ Ｐゴシック"/>
                <w:b w:val="0"/>
                <w:sz w:val="21"/>
              </w:rPr>
              <w:t>威圧的な言動／継続的、執拗な言動／精神的な攻撃</w:t>
            </w:r>
          </w:p>
        </w:tc>
      </w:tr>
    </w:tbl>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E8F0FE"/>
          </w:tcPr>
          <w:p>
            <w:pPr>
              <w:jc w:val="center"/>
            </w:pPr>
            <w:r/>
            <w:r>
              <w:rPr>
                <w:rFonts w:ascii="ＭＳ Ｐゴシック" w:hAnsi="ＭＳ Ｐゴシック" w:eastAsia="ＭＳ Ｐゴシック"/>
                <w:b/>
                <w:sz w:val="18"/>
              </w:rPr>
              <w:t>No</w:t>
            </w:r>
          </w:p>
        </w:tc>
        <w:tc>
          <w:tcPr>
            <w:tcW w:type="dxa" w:w="2551"/>
            <w:shd w:val="clear" w:color="auto" w:fill="E8F0FE"/>
          </w:tcPr>
          <w:p>
            <w:pPr>
              <w:jc w:val="center"/>
            </w:pPr>
            <w:r/>
            <w:r>
              <w:rPr>
                <w:rFonts w:ascii="ＭＳ Ｐゴシック" w:hAnsi="ＭＳ Ｐゴシック" w:eastAsia="ＭＳ Ｐゴシック"/>
                <w:b/>
                <w:sz w:val="18"/>
              </w:rPr>
              <w:t>日時</w:t>
            </w:r>
          </w:p>
        </w:tc>
        <w:tc>
          <w:tcPr>
            <w:tcW w:type="dxa" w:w="2551"/>
            <w:shd w:val="clear" w:color="auto" w:fill="E8F0FE"/>
          </w:tcPr>
          <w:p>
            <w:pPr>
              <w:jc w:val="center"/>
            </w:pPr>
            <w:r/>
            <w:r>
              <w:rPr>
                <w:rFonts w:ascii="ＭＳ Ｐゴシック" w:hAnsi="ＭＳ Ｐゴシック" w:eastAsia="ＭＳ Ｐゴシック"/>
                <w:b/>
                <w:sz w:val="18"/>
              </w:rPr>
              <w:t>対応者</w:t>
            </w:r>
          </w:p>
        </w:tc>
        <w:tc>
          <w:tcPr>
            <w:tcW w:type="dxa" w:w="2551"/>
            <w:shd w:val="clear" w:color="auto" w:fill="E8F0FE"/>
          </w:tcPr>
          <w:p>
            <w:pPr>
              <w:jc w:val="center"/>
            </w:pPr>
            <w:r/>
            <w:r>
              <w:rPr>
                <w:rFonts w:ascii="ＭＳ Ｐゴシック" w:hAnsi="ＭＳ Ｐゴシック" w:eastAsia="ＭＳ Ｐゴシック"/>
                <w:b/>
                <w:sz w:val="18"/>
              </w:rPr>
              <w:t>対応の内容</w:t>
            </w:r>
          </w:p>
        </w:tc>
      </w:tr>
      <w:tr>
        <w:tc>
          <w:tcPr>
            <w:tcW w:type="dxa" w:w="2551"/>
          </w:tcPr>
          <w:p>
            <w:pPr>
              <w:jc w:val="center"/>
            </w:pPr>
            <w:r/>
            <w:r>
              <w:rPr>
                <w:rFonts w:ascii="ＭＳ Ｐゴシック" w:hAnsi="ＭＳ Ｐゴシック" w:eastAsia="ＭＳ Ｐゴシック"/>
                <w:b w:val="0"/>
                <w:sz w:val="18"/>
              </w:rPr>
              <w:t>1</w:t>
            </w:r>
          </w:p>
        </w:tc>
        <w:tc>
          <w:tcPr>
            <w:tcW w:type="dxa" w:w="2551"/>
          </w:tcPr>
          <w:p>
            <w:pPr>
              <w:jc w:val="center"/>
            </w:pPr>
            <w:r/>
            <w:r>
              <w:rPr>
                <w:rFonts w:ascii="ＭＳ Ｐゴシック" w:hAnsi="ＭＳ Ｐゴシック" w:eastAsia="ＭＳ Ｐゴシック"/>
                <w:b w:val="0"/>
                <w:sz w:val="18"/>
              </w:rPr>
              <w:t>10/13 14:40</w:t>
            </w:r>
          </w:p>
        </w:tc>
        <w:tc>
          <w:tcPr>
            <w:tcW w:type="dxa" w:w="2551"/>
          </w:tcPr>
          <w:p>
            <w:pPr>
              <w:jc w:val="left"/>
            </w:pPr>
            <w:r/>
            <w:r>
              <w:rPr>
                <w:rFonts w:ascii="ＭＳ Ｐゴシック" w:hAnsi="ＭＳ Ｐゴシック" w:eastAsia="ＭＳ Ｐゴシック"/>
                <w:b w:val="0"/>
                <w:sz w:val="18"/>
              </w:rPr>
              <w:t>営業部　鈴木課長</w:t>
            </w:r>
          </w:p>
        </w:tc>
        <w:tc>
          <w:tcPr>
            <w:tcW w:type="dxa" w:w="2551"/>
          </w:tcPr>
          <w:p>
            <w:pPr>
              <w:jc w:val="left"/>
            </w:pPr>
            <w:r/>
            <w:r>
              <w:rPr>
                <w:rFonts w:ascii="ＭＳ Ｐゴシック" w:hAnsi="ＭＳ Ｐゴシック" w:eastAsia="ＭＳ Ｐゴシック"/>
                <w:b w:val="0"/>
                <w:sz w:val="18"/>
              </w:rPr>
              <w:t>現場に臨場し、山田に代わって対応。別室へ案内した</w:t>
            </w:r>
          </w:p>
        </w:tc>
      </w:tr>
      <w:tr>
        <w:tc>
          <w:tcPr>
            <w:tcW w:type="dxa" w:w="2551"/>
          </w:tcPr>
          <w:p>
            <w:pPr>
              <w:jc w:val="center"/>
            </w:pPr>
            <w:r/>
            <w:r>
              <w:rPr>
                <w:rFonts w:ascii="ＭＳ Ｐゴシック" w:hAnsi="ＭＳ Ｐゴシック" w:eastAsia="ＭＳ Ｐゴシック"/>
                <w:b w:val="0"/>
                <w:sz w:val="18"/>
              </w:rPr>
              <w:t>2</w:t>
            </w:r>
          </w:p>
        </w:tc>
        <w:tc>
          <w:tcPr>
            <w:tcW w:type="dxa" w:w="2551"/>
          </w:tcPr>
          <w:p>
            <w:pPr>
              <w:jc w:val="center"/>
            </w:pPr>
            <w:r/>
            <w:r>
              <w:rPr>
                <w:rFonts w:ascii="ＭＳ Ｐゴシック" w:hAnsi="ＭＳ Ｐゴシック" w:eastAsia="ＭＳ Ｐゴシック"/>
                <w:b w:val="0"/>
                <w:sz w:val="18"/>
              </w:rPr>
              <w:t>10/13 15:20</w:t>
            </w:r>
          </w:p>
        </w:tc>
        <w:tc>
          <w:tcPr>
            <w:tcW w:type="dxa" w:w="2551"/>
          </w:tcPr>
          <w:p>
            <w:pPr>
              <w:jc w:val="left"/>
            </w:pPr>
            <w:r/>
            <w:r>
              <w:rPr>
                <w:rFonts w:ascii="ＭＳ Ｐゴシック" w:hAnsi="ＭＳ Ｐゴシック" w:eastAsia="ＭＳ Ｐゴシック"/>
                <w:b w:val="0"/>
                <w:sz w:val="18"/>
              </w:rPr>
              <w:t>営業部　鈴木課長</w:t>
            </w:r>
          </w:p>
        </w:tc>
        <w:tc>
          <w:tcPr>
            <w:tcW w:type="dxa" w:w="2551"/>
          </w:tcPr>
          <w:p>
            <w:pPr>
              <w:jc w:val="left"/>
            </w:pPr>
            <w:r/>
            <w:r>
              <w:rPr>
                <w:rFonts w:ascii="ＭＳ Ｐゴシック" w:hAnsi="ＭＳ Ｐゴシック" w:eastAsia="ＭＳ Ｐゴシック"/>
                <w:b w:val="0"/>
                <w:sz w:val="18"/>
              </w:rPr>
              <w:t>経緯を説明し、以後は書面で受ける旨を伝えて退去いただいた</w:t>
            </w:r>
          </w:p>
        </w:tc>
      </w:tr>
      <w:tr>
        <w:tc>
          <w:tcPr>
            <w:tcW w:type="dxa" w:w="2551"/>
          </w:tcPr>
          <w:p>
            <w:pPr>
              <w:jc w:val="center"/>
            </w:pPr>
            <w:r/>
            <w:r>
              <w:rPr>
                <w:rFonts w:ascii="ＭＳ Ｐゴシック" w:hAnsi="ＭＳ Ｐゴシック" w:eastAsia="ＭＳ Ｐゴシック"/>
                <w:b w:val="0"/>
                <w:sz w:val="18"/>
              </w:rPr>
              <w:t>3</w:t>
            </w:r>
          </w:p>
        </w:tc>
        <w:tc>
          <w:tcPr>
            <w:tcW w:type="dxa" w:w="2551"/>
          </w:tcPr>
          <w:p>
            <w:pPr>
              <w:jc w:val="center"/>
            </w:pPr>
            <w:r/>
            <w:r>
              <w:rPr>
                <w:rFonts w:ascii="ＭＳ Ｐゴシック" w:hAnsi="ＭＳ Ｐゴシック" w:eastAsia="ＭＳ Ｐゴシック"/>
                <w:b w:val="0"/>
                <w:sz w:val="18"/>
              </w:rPr>
              <w:t>10/14 09:30</w:t>
            </w:r>
          </w:p>
        </w:tc>
        <w:tc>
          <w:tcPr>
            <w:tcW w:type="dxa" w:w="2551"/>
          </w:tcPr>
          <w:p>
            <w:pPr>
              <w:jc w:val="left"/>
            </w:pPr>
            <w:r/>
            <w:r>
              <w:rPr>
                <w:rFonts w:ascii="ＭＳ Ｐゴシック" w:hAnsi="ＭＳ Ｐゴシック" w:eastAsia="ＭＳ Ｐゴシック"/>
                <w:b w:val="0"/>
                <w:sz w:val="18"/>
              </w:rPr>
              <w:t>総務部　佐藤</w:t>
            </w:r>
          </w:p>
        </w:tc>
        <w:tc>
          <w:tcPr>
            <w:tcW w:type="dxa" w:w="2551"/>
          </w:tcPr>
          <w:p>
            <w:pPr>
              <w:jc w:val="left"/>
            </w:pPr>
            <w:r/>
            <w:r>
              <w:rPr>
                <w:rFonts w:ascii="ＭＳ Ｐゴシック" w:hAnsi="ＭＳ Ｐゴシック" w:eastAsia="ＭＳ Ｐゴシック"/>
                <w:b w:val="0"/>
                <w:sz w:val="18"/>
              </w:rPr>
              <w:t>相談を受付。当面は当該顧客の対応から外すことを伝えた</w:t>
            </w:r>
          </w:p>
        </w:tc>
      </w:tr>
      <w:tr>
        <w:tc>
          <w:tcPr>
            <w:tcW w:type="dxa" w:w="2551"/>
          </w:tcPr>
          <w:p>
            <w:pPr>
              <w:jc w:val="center"/>
            </w:pPr>
            <w:r/>
            <w:r>
              <w:rPr>
                <w:rFonts w:ascii="ＭＳ Ｐゴシック" w:hAnsi="ＭＳ Ｐゴシック" w:eastAsia="ＭＳ Ｐゴシック"/>
                <w:b w:val="0"/>
                <w:sz w:val="18"/>
              </w:rPr>
              <w:t>4</w:t>
            </w:r>
          </w:p>
        </w:tc>
        <w:tc>
          <w:tcPr>
            <w:tcW w:type="dxa" w:w="2551"/>
          </w:tcPr>
          <w:p>
            <w:pPr>
              <w:jc w:val="center"/>
            </w:pPr>
            <w:r/>
            <w:r>
              <w:rPr>
                <w:rFonts w:ascii="ＭＳ Ｐゴシック" w:hAnsi="ＭＳ Ｐゴシック" w:eastAsia="ＭＳ Ｐゴシック"/>
                <w:b w:val="0"/>
                <w:sz w:val="18"/>
              </w:rPr>
              <w:t>10/14 13:00</w:t>
            </w:r>
          </w:p>
        </w:tc>
        <w:tc>
          <w:tcPr>
            <w:tcW w:type="dxa" w:w="2551"/>
          </w:tcPr>
          <w:p>
            <w:pPr>
              <w:jc w:val="left"/>
            </w:pPr>
            <w:r/>
            <w:r>
              <w:rPr>
                <w:rFonts w:ascii="ＭＳ Ｐゴシック" w:hAnsi="ＭＳ Ｐゴシック" w:eastAsia="ＭＳ Ｐゴシック"/>
                <w:b w:val="0"/>
                <w:sz w:val="18"/>
              </w:rPr>
              <w:t>総務部　佐藤</w:t>
            </w:r>
          </w:p>
        </w:tc>
        <w:tc>
          <w:tcPr>
            <w:tcW w:type="dxa" w:w="2551"/>
          </w:tcPr>
          <w:p>
            <w:pPr>
              <w:jc w:val="left"/>
            </w:pPr>
            <w:r/>
            <w:r>
              <w:rPr>
                <w:rFonts w:ascii="ＭＳ Ｐゴシック" w:hAnsi="ＭＳ Ｐゴシック" w:eastAsia="ＭＳ Ｐゴシック"/>
                <w:b w:val="0"/>
                <w:sz w:val="18"/>
              </w:rPr>
              <w:t>取引先の管理部門へ事実関係の確認を依頼</w:t>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r>
        <w:tc>
          <w:tcPr>
            <w:tcW w:type="dxa" w:w="2551"/>
          </w:tcPr>
          <w:p>
            <w:pPr>
              <w:jc w:val="center"/>
            </w:pPr>
            <w:r/>
            <w:r>
              <w:rPr>
                <w:rFonts w:ascii="ＭＳ Ｐゴシック" w:hAnsi="ＭＳ Ｐゴシック" w:eastAsia="ＭＳ Ｐゴシック"/>
                <w:b w:val="0"/>
                <w:sz w:val="18"/>
              </w:rPr>
            </w:r>
          </w:p>
        </w:tc>
        <w:tc>
          <w:tcPr>
            <w:tcW w:type="dxa" w:w="2551"/>
          </w:tcPr>
          <w:p>
            <w:pPr>
              <w:jc w:val="center"/>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c>
          <w:tcPr>
            <w:tcW w:type="dxa" w:w="2551"/>
          </w:tcPr>
          <w:p>
            <w:pPr>
              <w:jc w:val="left"/>
            </w:pPr>
            <w:r/>
            <w:r>
              <w:rPr>
                <w:rFonts w:ascii="ＭＳ Ｐゴシック" w:hAnsi="ＭＳ Ｐゴシック" w:eastAsia="ＭＳ Ｐゴシック"/>
                <w:b w:val="0"/>
                <w:sz w:val="18"/>
              </w:rPr>
            </w:r>
          </w:p>
        </w:tc>
      </w:tr>
    </w:tbl>
    <w:p/>
    <w:tbl>
      <w:tblPr>
        <w:tblStyle w:val="TableGrid"/>
        <w:tblW w:type="auto" w:w="0"/>
        <w:jc w:val="center"/>
        <w:tblLook w:firstColumn="1" w:firstRow="1" w:lastColumn="0" w:lastRow="0" w:noHBand="0" w:noVBand="1" w:val="04A0"/>
      </w:tblPr>
      <w:tblGrid>
        <w:gridCol w:w="2551"/>
        <w:gridCol w:w="2551"/>
        <w:gridCol w:w="2551"/>
        <w:gridCol w:w="2551"/>
      </w:tblGrid>
      <w:tr>
        <w:tc>
          <w:tcPr>
            <w:tcW w:type="dxa" w:w="2551"/>
            <w:shd w:val="clear" w:color="auto" w:fill="F5F7FA"/>
          </w:tcPr>
          <w:p>
            <w:pPr>
              <w:jc w:val="center"/>
            </w:pPr>
            <w:r/>
            <w:r>
              <w:rPr>
                <w:rFonts w:ascii="ＭＳ Ｐゴシック" w:hAnsi="ＭＳ Ｐゴシック" w:eastAsia="ＭＳ Ｐゴシック"/>
                <w:b/>
                <w:sz w:val="21"/>
              </w:rPr>
              <w:t>事実確認</w:t>
            </w:r>
          </w:p>
        </w:tc>
        <w:tc>
          <w:tcPr>
            <w:tcW w:type="dxa" w:w="7653"/>
            <w:gridSpan w:val="3"/>
          </w:tcPr>
          <w:p>
            <w:pPr>
              <w:jc w:val="left"/>
            </w:pPr>
            <w:r/>
            <w:r>
              <w:rPr>
                <w:rFonts w:ascii="ＭＳ Ｐゴシック" w:hAnsi="ＭＳ Ｐゴシック" w:eastAsia="ＭＳ Ｐゴシック"/>
                <w:b w:val="0"/>
                <w:sz w:val="21"/>
              </w:rPr>
              <w:t>取引先の管理部門より、担当者へ注意指導を行った旨の回答</w:t>
            </w:r>
          </w:p>
        </w:tc>
      </w:tr>
      <w:tr>
        <w:tc>
          <w:tcPr>
            <w:tcW w:type="dxa" w:w="2551"/>
            <w:shd w:val="clear" w:color="auto" w:fill="F5F7FA"/>
          </w:tcPr>
          <w:p>
            <w:pPr>
              <w:jc w:val="center"/>
            </w:pPr>
            <w:r/>
            <w:r>
              <w:rPr>
                <w:rFonts w:ascii="ＭＳ Ｐゴシック" w:hAnsi="ＭＳ Ｐゴシック" w:eastAsia="ＭＳ Ｐゴシック"/>
                <w:b/>
                <w:sz w:val="21"/>
              </w:rPr>
              <w:t>配慮の措置</w:t>
            </w:r>
          </w:p>
        </w:tc>
        <w:tc>
          <w:tcPr>
            <w:tcW w:type="dxa" w:w="7653"/>
            <w:gridSpan w:val="3"/>
          </w:tcPr>
          <w:p>
            <w:pPr>
              <w:jc w:val="left"/>
            </w:pPr>
            <w:r/>
            <w:r>
              <w:rPr>
                <w:rFonts w:ascii="ＭＳ Ｐゴシック" w:hAnsi="ＭＳ Ｐゴシック" w:eastAsia="ＭＳ Ｐゴシック"/>
                <w:b w:val="0"/>
                <w:sz w:val="21"/>
              </w:rPr>
              <w:t>担当替え／産業医面談の案内</w:t>
            </w:r>
          </w:p>
        </w:tc>
      </w:tr>
      <w:tr>
        <w:tc>
          <w:tcPr>
            <w:tcW w:type="dxa" w:w="2551"/>
            <w:shd w:val="clear" w:color="auto" w:fill="F5F7FA"/>
          </w:tcPr>
          <w:p>
            <w:pPr>
              <w:jc w:val="center"/>
            </w:pPr>
            <w:r/>
            <w:r>
              <w:rPr>
                <w:rFonts w:ascii="ＭＳ Ｐゴシック" w:hAnsi="ＭＳ Ｐゴシック" w:eastAsia="ＭＳ Ｐゴシック"/>
                <w:b/>
                <w:sz w:val="21"/>
              </w:rPr>
              <w:t>再発防止</w:t>
            </w:r>
          </w:p>
        </w:tc>
        <w:tc>
          <w:tcPr>
            <w:tcW w:type="dxa" w:w="7653"/>
            <w:gridSpan w:val="3"/>
          </w:tcPr>
          <w:p>
            <w:pPr>
              <w:jc w:val="left"/>
            </w:pPr>
            <w:r/>
            <w:r>
              <w:rPr>
                <w:rFonts w:ascii="ＭＳ Ｐゴシック" w:hAnsi="ＭＳ Ｐゴシック" w:eastAsia="ＭＳ Ｐゴシック"/>
                <w:b w:val="0"/>
                <w:sz w:val="21"/>
              </w:rPr>
              <w:t>納期変更時の連絡フローを見直し。方針を朝礼で再周知</w:t>
            </w:r>
          </w:p>
        </w:tc>
      </w:tr>
      <w:tr>
        <w:tc>
          <w:tcPr>
            <w:tcW w:type="dxa" w:w="2551"/>
            <w:shd w:val="clear" w:color="auto" w:fill="F5F7FA"/>
          </w:tcPr>
          <w:p>
            <w:pPr>
              <w:jc w:val="center"/>
            </w:pPr>
            <w:r/>
            <w:r>
              <w:rPr>
                <w:rFonts w:ascii="ＭＳ Ｐゴシック" w:hAnsi="ＭＳ Ｐゴシック" w:eastAsia="ＭＳ Ｐゴシック"/>
                <w:b/>
                <w:sz w:val="21"/>
              </w:rPr>
              <w:t>共有先</w:t>
            </w:r>
          </w:p>
        </w:tc>
        <w:tc>
          <w:tcPr>
            <w:tcW w:type="dxa" w:w="7653"/>
            <w:gridSpan w:val="3"/>
          </w:tcPr>
          <w:p>
            <w:pPr>
              <w:jc w:val="left"/>
            </w:pPr>
            <w:r/>
            <w:r>
              <w:rPr>
                <w:rFonts w:ascii="ＭＳ Ｐゴシック" w:hAnsi="ＭＳ Ｐゴシック" w:eastAsia="ＭＳ Ｐゴシック"/>
                <w:b w:val="0"/>
                <w:sz w:val="21"/>
              </w:rPr>
              <w:t>営業部長・人事部（個人情報の取扱いに留意）</w:t>
            </w:r>
          </w:p>
        </w:tc>
      </w:tr>
    </w:tbl>
    <w:tbl>
      <w:tblPr>
        <w:tblStyle w:val="TableGrid"/>
        <w:tblW w:type="auto" w:w="0"/>
        <w:jc w:val="center"/>
        <w:tblLook w:firstColumn="1" w:firstRow="1" w:lastColumn="0" w:lastRow="0" w:noHBand="0" w:noVBand="1" w:val="04A0"/>
      </w:tblPr>
      <w:tblGrid>
        <w:gridCol w:w="3402"/>
        <w:gridCol w:w="3402"/>
        <w:gridCol w:w="3402"/>
      </w:tblGrid>
      <w:tr>
        <w:tc>
          <w:tcPr>
            <w:tcW w:type="dxa" w:w="3402"/>
            <w:shd w:val="clear" w:color="auto" w:fill="F5F7FA"/>
          </w:tcPr>
          <w:p>
            <w:pPr>
              <w:jc w:val="center"/>
            </w:pPr>
            <w:r/>
            <w:r>
              <w:rPr>
                <w:rFonts w:ascii="ＭＳ Ｐゴシック" w:hAnsi="ＭＳ Ｐゴシック" w:eastAsia="ＭＳ Ｐゴシック"/>
                <w:b/>
                <w:sz w:val="21"/>
              </w:rPr>
              <w:t>受付担当</w:t>
            </w:r>
          </w:p>
        </w:tc>
        <w:tc>
          <w:tcPr>
            <w:tcW w:type="dxa" w:w="3402"/>
            <w:shd w:val="clear" w:color="auto" w:fill="F5F7FA"/>
          </w:tcPr>
          <w:p>
            <w:pPr>
              <w:jc w:val="center"/>
            </w:pPr>
            <w:r/>
            <w:r>
              <w:rPr>
                <w:rFonts w:ascii="ＭＳ Ｐゴシック" w:hAnsi="ＭＳ Ｐゴシック" w:eastAsia="ＭＳ Ｐゴシック"/>
                <w:b/>
                <w:sz w:val="21"/>
              </w:rPr>
              <w:t>所属長</w:t>
            </w:r>
          </w:p>
        </w:tc>
        <w:tc>
          <w:tcPr>
            <w:tcW w:type="dxa" w:w="3402"/>
            <w:shd w:val="clear" w:color="auto" w:fill="F5F7FA"/>
          </w:tcPr>
          <w:p>
            <w:pPr>
              <w:jc w:val="center"/>
            </w:pPr>
            <w:r/>
            <w:r>
              <w:rPr>
                <w:rFonts w:ascii="ＭＳ Ｐゴシック" w:hAnsi="ＭＳ Ｐゴシック" w:eastAsia="ＭＳ Ｐゴシック"/>
                <w:b/>
                <w:sz w:val="21"/>
              </w:rPr>
              <w:t>総務部長</w:t>
            </w:r>
          </w:p>
        </w:tc>
      </w:tr>
      <w:tr>
        <w:tc>
          <w:tcPr>
            <w:tcW w:type="dxa" w:w="3402"/>
          </w:tcPr>
          <w:p>
            <w:pPr>
              <w:jc w:val="left"/>
            </w:pPr>
            <w:r/>
            <w:r>
              <w:rPr>
                <w:rFonts w:ascii="ＭＳ Ｐゴシック" w:hAnsi="ＭＳ Ｐゴシック" w:eastAsia="ＭＳ Ｐゴシック"/>
                <w:b w:val="0"/>
                <w:sz w:val="21"/>
              </w:rPr>
            </w:r>
          </w:p>
        </w:tc>
        <w:tc>
          <w:tcPr>
            <w:tcW w:type="dxa" w:w="3402"/>
          </w:tcPr>
          <w:p>
            <w:pPr>
              <w:jc w:val="left"/>
            </w:pPr>
            <w:r/>
            <w:r>
              <w:rPr>
                <w:rFonts w:ascii="ＭＳ Ｐゴシック" w:hAnsi="ＭＳ Ｐゴシック" w:eastAsia="ＭＳ Ｐゴシック"/>
                <w:b w:val="0"/>
                <w:sz w:val="21"/>
              </w:rPr>
            </w:r>
          </w:p>
        </w:tc>
        <w:tc>
          <w:tcPr>
            <w:tcW w:type="dxa" w:w="3402"/>
          </w:tcPr>
          <w:p>
            <w:pPr>
              <w:jc w:val="left"/>
            </w:pPr>
            <w:r/>
            <w:r>
              <w:rPr>
                <w:rFonts w:ascii="ＭＳ Ｐゴシック" w:hAnsi="ＭＳ Ｐゴシック" w:eastAsia="ＭＳ Ｐゴシック"/>
                <w:b w:val="0"/>
                <w:sz w:val="21"/>
              </w:rPr>
            </w:r>
          </w:p>
        </w:tc>
      </w:tr>
    </w:tbl>
    <w:p>
      <w:r>
        <w:rPr>
          <w:rFonts w:ascii="ＭＳ Ｐゴシック" w:hAnsi="ＭＳ Ｐゴシック"/>
          <w:sz w:val="17"/>
        </w:rPr>
        <w:t>※ 相談者及び関係者のプライバシーを保護するため、本記録の取扱いは関係者に限定してください。相談を行ったこと等を理由とする不利益な取扱いは禁止されています（労働施策総合推進法第33条第2項）。記入例の会社名・氏名・内容はすべて架空のサンプルです。</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カスタマーハラスメント相談・対応記録票</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2026-08-25T09:10:23Z</dcterms:created>
  <dcterms:modified xsi:type="dcterms:W3CDTF">2026-08-25T09:10:23Z</dcterms:modified>
  <cp:category>申請書テンプレート</cp:category>
</cp:coreProperties>
</file>